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789"/>
        <w:tblW w:w="0" w:type="auto"/>
        <w:tblLook w:val="04A0"/>
      </w:tblPr>
      <w:tblGrid>
        <w:gridCol w:w="1384"/>
        <w:gridCol w:w="1759"/>
        <w:gridCol w:w="1501"/>
        <w:gridCol w:w="1769"/>
        <w:gridCol w:w="1672"/>
      </w:tblGrid>
      <w:tr w:rsidR="00606B81" w:rsidTr="00E35F80">
        <w:tc>
          <w:tcPr>
            <w:tcW w:w="8085" w:type="dxa"/>
            <w:gridSpan w:val="5"/>
          </w:tcPr>
          <w:p w:rsidR="00606B81" w:rsidRDefault="00606B81" w:rsidP="00606B81">
            <w:pPr>
              <w:rPr>
                <w:b/>
              </w:rPr>
            </w:pPr>
            <w:r>
              <w:rPr>
                <w:b/>
              </w:rPr>
              <w:t>Tilhan Day/Sarson Day (6 April 2026)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rPr>
                <w:b/>
              </w:rPr>
              <w:t>S.No.</w:t>
            </w:r>
          </w:p>
        </w:tc>
        <w:tc>
          <w:tcPr>
            <w:tcW w:w="1759" w:type="dxa"/>
          </w:tcPr>
          <w:p w:rsidR="00606B81" w:rsidRDefault="00606B81" w:rsidP="00606B81">
            <w:r>
              <w:rPr>
                <w:b/>
              </w:rPr>
              <w:t>Name of Participant</w:t>
            </w:r>
          </w:p>
        </w:tc>
        <w:tc>
          <w:tcPr>
            <w:tcW w:w="1501" w:type="dxa"/>
          </w:tcPr>
          <w:p w:rsidR="00606B81" w:rsidRDefault="00606B81" w:rsidP="00606B81">
            <w:r>
              <w:rPr>
                <w:b/>
              </w:rPr>
              <w:t>Address</w:t>
            </w:r>
          </w:p>
        </w:tc>
        <w:tc>
          <w:tcPr>
            <w:tcW w:w="1769" w:type="dxa"/>
          </w:tcPr>
          <w:p w:rsidR="00606B81" w:rsidRDefault="00606B81" w:rsidP="00606B81">
            <w:r>
              <w:rPr>
                <w:b/>
              </w:rPr>
              <w:t>Aadhaar No.</w:t>
            </w:r>
          </w:p>
        </w:tc>
        <w:tc>
          <w:tcPr>
            <w:tcW w:w="1672" w:type="dxa"/>
          </w:tcPr>
          <w:p w:rsidR="00606B81" w:rsidRDefault="00606B81" w:rsidP="00606B81">
            <w:r>
              <w:rPr>
                <w:b/>
              </w:rPr>
              <w:t>Phone No.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</w:t>
            </w:r>
          </w:p>
        </w:tc>
        <w:tc>
          <w:tcPr>
            <w:tcW w:w="1759" w:type="dxa"/>
          </w:tcPr>
          <w:p w:rsidR="00606B81" w:rsidRDefault="00606B81" w:rsidP="00606B81">
            <w:r>
              <w:t>Gh. Mohd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8832-9744-4921</w:t>
            </w:r>
          </w:p>
        </w:tc>
        <w:tc>
          <w:tcPr>
            <w:tcW w:w="1672" w:type="dxa"/>
          </w:tcPr>
          <w:p w:rsidR="00606B81" w:rsidRDefault="00606B81" w:rsidP="00606B81">
            <w:r>
              <w:t>9906641126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</w:t>
            </w:r>
          </w:p>
        </w:tc>
        <w:tc>
          <w:tcPr>
            <w:tcW w:w="1759" w:type="dxa"/>
          </w:tcPr>
          <w:p w:rsidR="00606B81" w:rsidRDefault="00606B81" w:rsidP="00606B81">
            <w:r>
              <w:t>Gh. Nabi Dar</w:t>
            </w:r>
          </w:p>
        </w:tc>
        <w:tc>
          <w:tcPr>
            <w:tcW w:w="1501" w:type="dxa"/>
          </w:tcPr>
          <w:p w:rsidR="00606B81" w:rsidRDefault="00606B81" w:rsidP="00606B81">
            <w:r>
              <w:t>Matalhama</w:t>
            </w:r>
          </w:p>
        </w:tc>
        <w:tc>
          <w:tcPr>
            <w:tcW w:w="1769" w:type="dxa"/>
          </w:tcPr>
          <w:p w:rsidR="00606B81" w:rsidRDefault="00606B81" w:rsidP="00606B81">
            <w:r>
              <w:t>6663-6160-6192</w:t>
            </w:r>
          </w:p>
        </w:tc>
        <w:tc>
          <w:tcPr>
            <w:tcW w:w="1672" w:type="dxa"/>
          </w:tcPr>
          <w:p w:rsidR="00606B81" w:rsidRDefault="00606B81" w:rsidP="00606B81">
            <w:r>
              <w:t>9797999693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</w:t>
            </w:r>
          </w:p>
        </w:tc>
        <w:tc>
          <w:tcPr>
            <w:tcW w:w="1759" w:type="dxa"/>
          </w:tcPr>
          <w:p w:rsidR="00606B81" w:rsidRDefault="00606B81" w:rsidP="00606B81">
            <w:r>
              <w:t>Mushtaq Ah.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9073-2802-2712</w:t>
            </w:r>
          </w:p>
        </w:tc>
        <w:tc>
          <w:tcPr>
            <w:tcW w:w="1672" w:type="dxa"/>
          </w:tcPr>
          <w:p w:rsidR="00606B81" w:rsidRDefault="00606B81" w:rsidP="00606B81">
            <w:r>
              <w:t>8899859310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</w:t>
            </w:r>
          </w:p>
        </w:tc>
        <w:tc>
          <w:tcPr>
            <w:tcW w:w="1759" w:type="dxa"/>
          </w:tcPr>
          <w:p w:rsidR="00606B81" w:rsidRDefault="00606B81" w:rsidP="00606B81">
            <w:r>
              <w:t>Fayaz Ah.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9717-1453-3216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9797031200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</w:t>
            </w:r>
          </w:p>
        </w:tc>
        <w:tc>
          <w:tcPr>
            <w:tcW w:w="1759" w:type="dxa"/>
          </w:tcPr>
          <w:p w:rsidR="00606B81" w:rsidRDefault="00606B81" w:rsidP="00606B81">
            <w:r>
              <w:t>M. Ayoub pandit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6708-4259-6475</w:t>
            </w:r>
          </w:p>
        </w:tc>
        <w:tc>
          <w:tcPr>
            <w:tcW w:w="1672" w:type="dxa"/>
          </w:tcPr>
          <w:p w:rsidR="00606B81" w:rsidRDefault="00606B81" w:rsidP="00606B81">
            <w:r>
              <w:t>9596181993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</w:t>
            </w:r>
          </w:p>
        </w:tc>
        <w:tc>
          <w:tcPr>
            <w:tcW w:w="1759" w:type="dxa"/>
          </w:tcPr>
          <w:p w:rsidR="00606B81" w:rsidRDefault="00606B81" w:rsidP="00606B81">
            <w:r>
              <w:t>M. Subhan</w:t>
            </w:r>
          </w:p>
        </w:tc>
        <w:tc>
          <w:tcPr>
            <w:tcW w:w="1501" w:type="dxa"/>
          </w:tcPr>
          <w:p w:rsidR="00606B81" w:rsidRDefault="00606B81" w:rsidP="00606B81">
            <w:r>
              <w:t>Ashmuji</w:t>
            </w:r>
          </w:p>
        </w:tc>
        <w:tc>
          <w:tcPr>
            <w:tcW w:w="1769" w:type="dxa"/>
          </w:tcPr>
          <w:p w:rsidR="00606B81" w:rsidRDefault="00606B81" w:rsidP="00606B81">
            <w:r>
              <w:t>8925-7416-5259</w:t>
            </w:r>
          </w:p>
        </w:tc>
        <w:tc>
          <w:tcPr>
            <w:tcW w:w="1672" w:type="dxa"/>
          </w:tcPr>
          <w:p w:rsidR="00606B81" w:rsidRDefault="00606B81" w:rsidP="00606B81">
            <w:r>
              <w:t>9622766368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</w:t>
            </w:r>
          </w:p>
        </w:tc>
        <w:tc>
          <w:tcPr>
            <w:tcW w:w="1759" w:type="dxa"/>
          </w:tcPr>
          <w:p w:rsidR="00606B81" w:rsidRDefault="00606B81" w:rsidP="00606B81">
            <w:r>
              <w:t>Ab Salam Rather</w:t>
            </w:r>
          </w:p>
        </w:tc>
        <w:tc>
          <w:tcPr>
            <w:tcW w:w="1501" w:type="dxa"/>
          </w:tcPr>
          <w:p w:rsidR="00606B81" w:rsidRDefault="00606B81" w:rsidP="00606B81">
            <w:r>
              <w:t>Ashmuji</w:t>
            </w:r>
          </w:p>
        </w:tc>
        <w:tc>
          <w:tcPr>
            <w:tcW w:w="1769" w:type="dxa"/>
          </w:tcPr>
          <w:p w:rsidR="00606B81" w:rsidRDefault="00606B81" w:rsidP="00606B81">
            <w:r>
              <w:t>9584-0910-9377</w:t>
            </w:r>
          </w:p>
        </w:tc>
        <w:tc>
          <w:tcPr>
            <w:tcW w:w="1672" w:type="dxa"/>
          </w:tcPr>
          <w:p w:rsidR="00606B81" w:rsidRDefault="00606B81" w:rsidP="00606B81">
            <w:r>
              <w:t>9149682514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</w:t>
            </w:r>
          </w:p>
        </w:tc>
        <w:tc>
          <w:tcPr>
            <w:tcW w:w="1759" w:type="dxa"/>
          </w:tcPr>
          <w:p w:rsidR="00606B81" w:rsidRDefault="00606B81" w:rsidP="00606B81">
            <w:r>
              <w:t>Ab Rashid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7739-9116-3703</w:t>
            </w:r>
          </w:p>
        </w:tc>
        <w:tc>
          <w:tcPr>
            <w:tcW w:w="1672" w:type="dxa"/>
          </w:tcPr>
          <w:p w:rsidR="00606B81" w:rsidRDefault="00606B81" w:rsidP="00606B81">
            <w:r>
              <w:t>9906283900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</w:t>
            </w:r>
          </w:p>
        </w:tc>
        <w:tc>
          <w:tcPr>
            <w:tcW w:w="1759" w:type="dxa"/>
          </w:tcPr>
          <w:p w:rsidR="00606B81" w:rsidRDefault="00606B81" w:rsidP="00606B81">
            <w:r>
              <w:t>Khursheed Ah.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>
            <w:r>
              <w:t>8460-7349-0276</w:t>
            </w:r>
          </w:p>
        </w:tc>
        <w:tc>
          <w:tcPr>
            <w:tcW w:w="1672" w:type="dxa"/>
          </w:tcPr>
          <w:p w:rsidR="00606B81" w:rsidRDefault="00606B81" w:rsidP="00606B81">
            <w:r>
              <w:t>9419995195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</w:t>
            </w:r>
          </w:p>
        </w:tc>
        <w:tc>
          <w:tcPr>
            <w:tcW w:w="1759" w:type="dxa"/>
          </w:tcPr>
          <w:p w:rsidR="00606B81" w:rsidRDefault="00606B81" w:rsidP="00606B81">
            <w:r>
              <w:t>Naseer Ah.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6739-2955-2030</w:t>
            </w:r>
          </w:p>
        </w:tc>
        <w:tc>
          <w:tcPr>
            <w:tcW w:w="1672" w:type="dxa"/>
          </w:tcPr>
          <w:p w:rsidR="00606B81" w:rsidRDefault="00606B81" w:rsidP="00606B81">
            <w:r>
              <w:t>9622829334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</w:t>
            </w:r>
          </w:p>
        </w:tc>
        <w:tc>
          <w:tcPr>
            <w:tcW w:w="1759" w:type="dxa"/>
          </w:tcPr>
          <w:p w:rsidR="00606B81" w:rsidRDefault="00606B81" w:rsidP="00606B81">
            <w:r>
              <w:t>Parvaiz Ah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8790-5739-7647</w:t>
            </w:r>
          </w:p>
        </w:tc>
        <w:tc>
          <w:tcPr>
            <w:tcW w:w="1672" w:type="dxa"/>
          </w:tcPr>
          <w:p w:rsidR="00606B81" w:rsidRDefault="00606B81" w:rsidP="00606B81">
            <w:r>
              <w:t>9596536892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</w:t>
            </w:r>
          </w:p>
        </w:tc>
        <w:tc>
          <w:tcPr>
            <w:tcW w:w="1759" w:type="dxa"/>
          </w:tcPr>
          <w:p w:rsidR="00606B81" w:rsidRDefault="00606B81" w:rsidP="00606B81">
            <w:r>
              <w:t>Javaid Ah Nagoo</w:t>
            </w:r>
          </w:p>
        </w:tc>
        <w:tc>
          <w:tcPr>
            <w:tcW w:w="1501" w:type="dxa"/>
          </w:tcPr>
          <w:p w:rsidR="00606B81" w:rsidRDefault="00606B81" w:rsidP="00606B81">
            <w:r>
              <w:t>Pehloo</w:t>
            </w:r>
          </w:p>
        </w:tc>
        <w:tc>
          <w:tcPr>
            <w:tcW w:w="1769" w:type="dxa"/>
          </w:tcPr>
          <w:p w:rsidR="00606B81" w:rsidRDefault="00606B81" w:rsidP="00606B81">
            <w:r>
              <w:t>3807-0499-0748</w:t>
            </w:r>
          </w:p>
        </w:tc>
        <w:tc>
          <w:tcPr>
            <w:tcW w:w="1672" w:type="dxa"/>
          </w:tcPr>
          <w:p w:rsidR="00606B81" w:rsidRDefault="00606B81" w:rsidP="00606B81">
            <w:r>
              <w:t>9622594993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</w:t>
            </w:r>
          </w:p>
        </w:tc>
        <w:tc>
          <w:tcPr>
            <w:tcW w:w="1759" w:type="dxa"/>
          </w:tcPr>
          <w:p w:rsidR="00606B81" w:rsidRDefault="00606B81" w:rsidP="00606B81">
            <w:r>
              <w:t>Showkat Ah Lone</w:t>
            </w:r>
          </w:p>
        </w:tc>
        <w:tc>
          <w:tcPr>
            <w:tcW w:w="1501" w:type="dxa"/>
          </w:tcPr>
          <w:p w:rsidR="00606B81" w:rsidRDefault="00606B81" w:rsidP="00606B81">
            <w:r>
              <w:t>Shamsipora</w:t>
            </w:r>
          </w:p>
        </w:tc>
        <w:tc>
          <w:tcPr>
            <w:tcW w:w="1769" w:type="dxa"/>
          </w:tcPr>
          <w:p w:rsidR="00606B81" w:rsidRDefault="00606B81" w:rsidP="00606B81">
            <w:r>
              <w:t>9976-3311-4376</w:t>
            </w:r>
          </w:p>
        </w:tc>
        <w:tc>
          <w:tcPr>
            <w:tcW w:w="1672" w:type="dxa"/>
          </w:tcPr>
          <w:p w:rsidR="00606B81" w:rsidRDefault="00606B81" w:rsidP="00606B81">
            <w:r>
              <w:t>9906906628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</w:t>
            </w:r>
          </w:p>
        </w:tc>
        <w:tc>
          <w:tcPr>
            <w:tcW w:w="1759" w:type="dxa"/>
          </w:tcPr>
          <w:p w:rsidR="00606B81" w:rsidRDefault="00606B81" w:rsidP="00606B81">
            <w:r>
              <w:t>Hilal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6470-4122-6072</w:t>
            </w:r>
          </w:p>
        </w:tc>
        <w:tc>
          <w:tcPr>
            <w:tcW w:w="1672" w:type="dxa"/>
          </w:tcPr>
          <w:p w:rsidR="00606B81" w:rsidRDefault="00606B81" w:rsidP="00606B81">
            <w:r>
              <w:t>9797713481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</w:t>
            </w:r>
          </w:p>
        </w:tc>
        <w:tc>
          <w:tcPr>
            <w:tcW w:w="1759" w:type="dxa"/>
          </w:tcPr>
          <w:p w:rsidR="00606B81" w:rsidRDefault="00606B81" w:rsidP="00606B81">
            <w:r>
              <w:t>M. Afzal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Brat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9906739425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</w:t>
            </w:r>
          </w:p>
        </w:tc>
        <w:tc>
          <w:tcPr>
            <w:tcW w:w="1759" w:type="dxa"/>
          </w:tcPr>
          <w:p w:rsidR="00606B81" w:rsidRDefault="00606B81" w:rsidP="00606B81">
            <w:r>
              <w:t>Ab Rashid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Pampore</w:t>
            </w:r>
          </w:p>
        </w:tc>
        <w:tc>
          <w:tcPr>
            <w:tcW w:w="1769" w:type="dxa"/>
          </w:tcPr>
          <w:p w:rsidR="00606B81" w:rsidRDefault="00606B81" w:rsidP="00606B81">
            <w:r>
              <w:t>4855-3245-4906</w:t>
            </w:r>
          </w:p>
        </w:tc>
        <w:tc>
          <w:tcPr>
            <w:tcW w:w="1672" w:type="dxa"/>
          </w:tcPr>
          <w:p w:rsidR="00606B81" w:rsidRDefault="00606B81" w:rsidP="00606B81">
            <w:r>
              <w:t>7006771741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17</w:t>
            </w:r>
          </w:p>
        </w:tc>
        <w:tc>
          <w:tcPr>
            <w:tcW w:w="1759" w:type="dxa"/>
          </w:tcPr>
          <w:p w:rsidR="00606B81" w:rsidRDefault="00606B81" w:rsidP="00606B81">
            <w:r>
              <w:t>Tanveer Ah Ganaie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7405-5894-4643</w:t>
            </w:r>
          </w:p>
        </w:tc>
        <w:tc>
          <w:tcPr>
            <w:tcW w:w="1672" w:type="dxa"/>
          </w:tcPr>
          <w:p w:rsidR="00606B81" w:rsidRDefault="00606B81" w:rsidP="00606B81">
            <w:r>
              <w:t>9906448944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18</w:t>
            </w:r>
          </w:p>
        </w:tc>
        <w:tc>
          <w:tcPr>
            <w:tcW w:w="1759" w:type="dxa"/>
          </w:tcPr>
          <w:p w:rsidR="00606B81" w:rsidRDefault="00606B81" w:rsidP="00606B81">
            <w:r>
              <w:t>M. Maqbool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2037-8525-3067</w:t>
            </w:r>
          </w:p>
        </w:tc>
        <w:tc>
          <w:tcPr>
            <w:tcW w:w="1672" w:type="dxa"/>
          </w:tcPr>
          <w:p w:rsidR="00606B81" w:rsidRDefault="00606B81" w:rsidP="00606B81">
            <w:r>
              <w:t>9622537733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19</w:t>
            </w:r>
          </w:p>
        </w:tc>
        <w:tc>
          <w:tcPr>
            <w:tcW w:w="1759" w:type="dxa"/>
          </w:tcPr>
          <w:p w:rsidR="00606B81" w:rsidRDefault="00606B81" w:rsidP="00606B81">
            <w:r>
              <w:t>Shakir Ah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Sharat</w:t>
            </w:r>
          </w:p>
        </w:tc>
        <w:tc>
          <w:tcPr>
            <w:tcW w:w="1769" w:type="dxa"/>
          </w:tcPr>
          <w:p w:rsidR="00606B81" w:rsidRDefault="00606B81" w:rsidP="00606B81">
            <w:r>
              <w:t>4324-2402-4516</w:t>
            </w:r>
          </w:p>
        </w:tc>
        <w:tc>
          <w:tcPr>
            <w:tcW w:w="1672" w:type="dxa"/>
          </w:tcPr>
          <w:p w:rsidR="00606B81" w:rsidRDefault="00606B81" w:rsidP="00606B81">
            <w:r>
              <w:t>9906798393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20</w:t>
            </w:r>
          </w:p>
        </w:tc>
        <w:tc>
          <w:tcPr>
            <w:tcW w:w="1759" w:type="dxa"/>
          </w:tcPr>
          <w:p w:rsidR="00606B81" w:rsidRDefault="00606B81" w:rsidP="00606B81">
            <w:r>
              <w:t>Manzoor Ah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Bugam</w:t>
            </w:r>
          </w:p>
        </w:tc>
        <w:tc>
          <w:tcPr>
            <w:tcW w:w="1769" w:type="dxa"/>
          </w:tcPr>
          <w:p w:rsidR="00606B81" w:rsidRDefault="00606B81" w:rsidP="00606B81">
            <w:r>
              <w:t>4803-4328-3692</w:t>
            </w:r>
          </w:p>
        </w:tc>
        <w:tc>
          <w:tcPr>
            <w:tcW w:w="1672" w:type="dxa"/>
          </w:tcPr>
          <w:p w:rsidR="00606B81" w:rsidRDefault="00606B81" w:rsidP="00606B81">
            <w:bookmarkStart w:id="0" w:name="_GoBack"/>
            <w:bookmarkEnd w:id="0"/>
            <w:r>
              <w:t>9149404228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21</w:t>
            </w:r>
          </w:p>
        </w:tc>
        <w:tc>
          <w:tcPr>
            <w:tcW w:w="1759" w:type="dxa"/>
          </w:tcPr>
          <w:p w:rsidR="00606B81" w:rsidRDefault="00606B81" w:rsidP="00606B81">
            <w:r>
              <w:t>Fayaz Ah itoo</w:t>
            </w:r>
          </w:p>
        </w:tc>
        <w:tc>
          <w:tcPr>
            <w:tcW w:w="1501" w:type="dxa"/>
          </w:tcPr>
          <w:p w:rsidR="00606B81" w:rsidRDefault="00606B81" w:rsidP="00606B81">
            <w:r>
              <w:t>Danew</w:t>
            </w:r>
          </w:p>
        </w:tc>
        <w:tc>
          <w:tcPr>
            <w:tcW w:w="1769" w:type="dxa"/>
          </w:tcPr>
          <w:p w:rsidR="00606B81" w:rsidRDefault="00606B81" w:rsidP="00606B81">
            <w:r>
              <w:t>3244-7958-5719</w:t>
            </w:r>
          </w:p>
        </w:tc>
        <w:tc>
          <w:tcPr>
            <w:tcW w:w="1672" w:type="dxa"/>
          </w:tcPr>
          <w:p w:rsidR="00606B81" w:rsidRDefault="00606B81" w:rsidP="00606B81">
            <w:r>
              <w:t>7006923259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22</w:t>
            </w:r>
          </w:p>
        </w:tc>
        <w:tc>
          <w:tcPr>
            <w:tcW w:w="1759" w:type="dxa"/>
          </w:tcPr>
          <w:p w:rsidR="00606B81" w:rsidRDefault="00606B81" w:rsidP="00606B81">
            <w:r>
              <w:t>M. Yaqoob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7820-9691-3384</w:t>
            </w:r>
          </w:p>
        </w:tc>
        <w:tc>
          <w:tcPr>
            <w:tcW w:w="1672" w:type="dxa"/>
          </w:tcPr>
          <w:p w:rsidR="00606B81" w:rsidRDefault="00606B81" w:rsidP="00606B81">
            <w:r>
              <w:t>8825036337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23</w:t>
            </w:r>
          </w:p>
        </w:tc>
        <w:tc>
          <w:tcPr>
            <w:tcW w:w="1759" w:type="dxa"/>
          </w:tcPr>
          <w:p w:rsidR="00606B81" w:rsidRDefault="00606B81" w:rsidP="00606B81">
            <w:r>
              <w:t>Javaid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Bugam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9906447283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24</w:t>
            </w:r>
          </w:p>
        </w:tc>
        <w:tc>
          <w:tcPr>
            <w:tcW w:w="1759" w:type="dxa"/>
          </w:tcPr>
          <w:p w:rsidR="00606B81" w:rsidRDefault="00606B81" w:rsidP="00606B81">
            <w:r>
              <w:t>Ateeqa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6507-1779-5845</w:t>
            </w:r>
          </w:p>
        </w:tc>
        <w:tc>
          <w:tcPr>
            <w:tcW w:w="1672" w:type="dxa"/>
          </w:tcPr>
          <w:p w:rsidR="00606B81" w:rsidRDefault="00606B81" w:rsidP="00606B81">
            <w:r>
              <w:t>7051619047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25</w:t>
            </w:r>
          </w:p>
        </w:tc>
        <w:tc>
          <w:tcPr>
            <w:tcW w:w="1759" w:type="dxa"/>
          </w:tcPr>
          <w:p w:rsidR="00606B81" w:rsidRDefault="00606B81" w:rsidP="00606B81">
            <w:r>
              <w:t>Tanveera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2858-7673-7310</w:t>
            </w:r>
          </w:p>
        </w:tc>
        <w:tc>
          <w:tcPr>
            <w:tcW w:w="1672" w:type="dxa"/>
          </w:tcPr>
          <w:p w:rsidR="00606B81" w:rsidRDefault="00606B81" w:rsidP="00606B81">
            <w:r>
              <w:t>9541494054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26</w:t>
            </w:r>
          </w:p>
        </w:tc>
        <w:tc>
          <w:tcPr>
            <w:tcW w:w="1759" w:type="dxa"/>
          </w:tcPr>
          <w:p w:rsidR="00606B81" w:rsidRDefault="00606B81" w:rsidP="00606B81">
            <w:r>
              <w:t>Haseena</w:t>
            </w:r>
          </w:p>
        </w:tc>
        <w:tc>
          <w:tcPr>
            <w:tcW w:w="1501" w:type="dxa"/>
          </w:tcPr>
          <w:p w:rsidR="00606B81" w:rsidRDefault="00606B81" w:rsidP="00606B81">
            <w:r>
              <w:t>Khrew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9797653929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27</w:t>
            </w:r>
          </w:p>
        </w:tc>
        <w:tc>
          <w:tcPr>
            <w:tcW w:w="1759" w:type="dxa"/>
          </w:tcPr>
          <w:p w:rsidR="00606B81" w:rsidRDefault="00606B81" w:rsidP="00606B81">
            <w:r>
              <w:t>Filory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845-4838-2676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9906802850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28</w:t>
            </w:r>
          </w:p>
        </w:tc>
        <w:tc>
          <w:tcPr>
            <w:tcW w:w="1759" w:type="dxa"/>
          </w:tcPr>
          <w:p w:rsidR="00606B81" w:rsidRDefault="00606B81" w:rsidP="00606B81">
            <w:r>
              <w:t>Farooq Ah Wani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>
            <w:r>
              <w:t>3172-1206-3813</w:t>
            </w:r>
          </w:p>
        </w:tc>
        <w:tc>
          <w:tcPr>
            <w:tcW w:w="1672" w:type="dxa"/>
          </w:tcPr>
          <w:p w:rsidR="00606B81" w:rsidRDefault="00606B81" w:rsidP="00606B81">
            <w:r>
              <w:t>9596145116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29</w:t>
            </w:r>
          </w:p>
        </w:tc>
        <w:tc>
          <w:tcPr>
            <w:tcW w:w="1759" w:type="dxa"/>
          </w:tcPr>
          <w:p w:rsidR="00606B81" w:rsidRDefault="00606B81" w:rsidP="00606B81">
            <w:r>
              <w:t>Subzar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4626-0965-4041</w:t>
            </w:r>
          </w:p>
        </w:tc>
        <w:tc>
          <w:tcPr>
            <w:tcW w:w="1672" w:type="dxa"/>
          </w:tcPr>
          <w:p w:rsidR="00606B81" w:rsidRDefault="00606B81" w:rsidP="00606B81">
            <w:r>
              <w:t>9906652440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30</w:t>
            </w:r>
          </w:p>
        </w:tc>
        <w:tc>
          <w:tcPr>
            <w:tcW w:w="1759" w:type="dxa"/>
          </w:tcPr>
          <w:p w:rsidR="00606B81" w:rsidRDefault="00606B81" w:rsidP="00606B81">
            <w:r>
              <w:t>M Rafiq 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2206-3308-0941</w:t>
            </w:r>
          </w:p>
        </w:tc>
        <w:tc>
          <w:tcPr>
            <w:tcW w:w="1672" w:type="dxa"/>
          </w:tcPr>
          <w:p w:rsidR="00606B81" w:rsidRDefault="00606B81" w:rsidP="00606B81">
            <w:r>
              <w:t>7780990209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31</w:t>
            </w:r>
          </w:p>
        </w:tc>
        <w:tc>
          <w:tcPr>
            <w:tcW w:w="1759" w:type="dxa"/>
          </w:tcPr>
          <w:p w:rsidR="00606B81" w:rsidRDefault="00606B81" w:rsidP="00606B81">
            <w:r>
              <w:t>Manjeet Singh</w:t>
            </w:r>
          </w:p>
        </w:tc>
        <w:tc>
          <w:tcPr>
            <w:tcW w:w="1501" w:type="dxa"/>
          </w:tcPr>
          <w:p w:rsidR="00606B81" w:rsidRDefault="00606B81" w:rsidP="00606B81">
            <w:r>
              <w:t>Tral</w:t>
            </w:r>
          </w:p>
        </w:tc>
        <w:tc>
          <w:tcPr>
            <w:tcW w:w="1769" w:type="dxa"/>
          </w:tcPr>
          <w:p w:rsidR="00606B81" w:rsidRDefault="00606B81" w:rsidP="00606B81">
            <w:r>
              <w:t>6407-0230-1310</w:t>
            </w:r>
          </w:p>
        </w:tc>
        <w:tc>
          <w:tcPr>
            <w:tcW w:w="1672" w:type="dxa"/>
          </w:tcPr>
          <w:p w:rsidR="00606B81" w:rsidRDefault="00606B81" w:rsidP="00606B81">
            <w:r>
              <w:t>9858999520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32</w:t>
            </w:r>
          </w:p>
        </w:tc>
        <w:tc>
          <w:tcPr>
            <w:tcW w:w="1759" w:type="dxa"/>
          </w:tcPr>
          <w:p w:rsidR="00606B81" w:rsidRDefault="00606B81" w:rsidP="00606B81">
            <w:r>
              <w:t>M Abbas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>
            <w:r>
              <w:t>8430-5481-4015</w:t>
            </w:r>
          </w:p>
        </w:tc>
        <w:tc>
          <w:tcPr>
            <w:tcW w:w="1672" w:type="dxa"/>
          </w:tcPr>
          <w:p w:rsidR="00606B81" w:rsidRDefault="00606B81" w:rsidP="00606B81">
            <w:r>
              <w:t>7006884095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33</w:t>
            </w:r>
          </w:p>
        </w:tc>
        <w:tc>
          <w:tcPr>
            <w:tcW w:w="1759" w:type="dxa"/>
          </w:tcPr>
          <w:p w:rsidR="00606B81" w:rsidRDefault="00606B81" w:rsidP="00606B81">
            <w:r>
              <w:t>Javaid Ah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9641-7730-0824-</w:t>
            </w:r>
          </w:p>
        </w:tc>
        <w:tc>
          <w:tcPr>
            <w:tcW w:w="1672" w:type="dxa"/>
          </w:tcPr>
          <w:p w:rsidR="00606B81" w:rsidRDefault="00606B81" w:rsidP="00606B81">
            <w:r>
              <w:t>7889971221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34</w:t>
            </w:r>
          </w:p>
        </w:tc>
        <w:tc>
          <w:tcPr>
            <w:tcW w:w="1759" w:type="dxa"/>
          </w:tcPr>
          <w:p w:rsidR="00606B81" w:rsidRDefault="00606B81" w:rsidP="00606B81">
            <w:r>
              <w:t>Shahid Bashir Wani</w:t>
            </w:r>
          </w:p>
        </w:tc>
        <w:tc>
          <w:tcPr>
            <w:tcW w:w="1501" w:type="dxa"/>
          </w:tcPr>
          <w:p w:rsidR="00606B81" w:rsidRDefault="00606B81" w:rsidP="00606B81">
            <w:r>
              <w:t>Wanigund</w:t>
            </w:r>
          </w:p>
        </w:tc>
        <w:tc>
          <w:tcPr>
            <w:tcW w:w="1769" w:type="dxa"/>
          </w:tcPr>
          <w:p w:rsidR="00606B81" w:rsidRDefault="00606B81" w:rsidP="00606B81">
            <w:r>
              <w:t>7290-8460-9722</w:t>
            </w:r>
          </w:p>
        </w:tc>
        <w:tc>
          <w:tcPr>
            <w:tcW w:w="1672" w:type="dxa"/>
          </w:tcPr>
          <w:p w:rsidR="00606B81" w:rsidRDefault="00606B81" w:rsidP="00606B81">
            <w:r>
              <w:t>7889633135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35</w:t>
            </w:r>
          </w:p>
        </w:tc>
        <w:tc>
          <w:tcPr>
            <w:tcW w:w="1759" w:type="dxa"/>
          </w:tcPr>
          <w:p w:rsidR="00606B81" w:rsidRDefault="00606B81" w:rsidP="00606B81">
            <w:r>
              <w:t>Farooq Ahmad Wani</w:t>
            </w:r>
          </w:p>
        </w:tc>
        <w:tc>
          <w:tcPr>
            <w:tcW w:w="1501" w:type="dxa"/>
          </w:tcPr>
          <w:p w:rsidR="00606B81" w:rsidRDefault="00606B81" w:rsidP="00606B81">
            <w:r>
              <w:t>Matalhama</w:t>
            </w:r>
          </w:p>
        </w:tc>
        <w:tc>
          <w:tcPr>
            <w:tcW w:w="1769" w:type="dxa"/>
          </w:tcPr>
          <w:p w:rsidR="00606B81" w:rsidRDefault="00606B81" w:rsidP="00606B81">
            <w:r>
              <w:t>9487-2046-3691</w:t>
            </w:r>
          </w:p>
        </w:tc>
        <w:tc>
          <w:tcPr>
            <w:tcW w:w="1672" w:type="dxa"/>
          </w:tcPr>
          <w:p w:rsidR="00606B81" w:rsidRDefault="00606B81" w:rsidP="00606B81">
            <w:r>
              <w:t>7780886747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36</w:t>
            </w:r>
          </w:p>
        </w:tc>
        <w:tc>
          <w:tcPr>
            <w:tcW w:w="1759" w:type="dxa"/>
          </w:tcPr>
          <w:p w:rsidR="00606B81" w:rsidRDefault="00606B81" w:rsidP="00606B81">
            <w:r>
              <w:t>Shabir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Matalhama</w:t>
            </w:r>
          </w:p>
        </w:tc>
        <w:tc>
          <w:tcPr>
            <w:tcW w:w="1769" w:type="dxa"/>
          </w:tcPr>
          <w:p w:rsidR="00606B81" w:rsidRDefault="00606B81" w:rsidP="00606B81">
            <w:r>
              <w:t>4725-2337-1976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9797229284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37</w:t>
            </w:r>
          </w:p>
        </w:tc>
        <w:tc>
          <w:tcPr>
            <w:tcW w:w="1759" w:type="dxa"/>
          </w:tcPr>
          <w:p w:rsidR="00606B81" w:rsidRDefault="00606B81" w:rsidP="00606B81">
            <w:r>
              <w:t>Nadeem Ah Buhroo</w:t>
            </w:r>
          </w:p>
        </w:tc>
        <w:tc>
          <w:tcPr>
            <w:tcW w:w="1501" w:type="dxa"/>
          </w:tcPr>
          <w:p w:rsidR="00606B81" w:rsidRDefault="00606B81" w:rsidP="00606B81">
            <w:r>
              <w:t>Matalhama</w:t>
            </w:r>
          </w:p>
        </w:tc>
        <w:tc>
          <w:tcPr>
            <w:tcW w:w="1769" w:type="dxa"/>
          </w:tcPr>
          <w:p w:rsidR="00606B81" w:rsidRDefault="00606B81" w:rsidP="00606B81">
            <w:r>
              <w:t>3039-8303-8724</w:t>
            </w:r>
          </w:p>
        </w:tc>
        <w:tc>
          <w:tcPr>
            <w:tcW w:w="1672" w:type="dxa"/>
          </w:tcPr>
          <w:p w:rsidR="00606B81" w:rsidRDefault="00606B81" w:rsidP="00606B81">
            <w:r>
              <w:t>9797022760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38</w:t>
            </w:r>
          </w:p>
        </w:tc>
        <w:tc>
          <w:tcPr>
            <w:tcW w:w="1759" w:type="dxa"/>
          </w:tcPr>
          <w:p w:rsidR="00606B81" w:rsidRDefault="00606B81" w:rsidP="00606B81">
            <w:r>
              <w:t>Yasir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Matalhama</w:t>
            </w:r>
          </w:p>
        </w:tc>
        <w:tc>
          <w:tcPr>
            <w:tcW w:w="1769" w:type="dxa"/>
          </w:tcPr>
          <w:p w:rsidR="00606B81" w:rsidRDefault="00606B81" w:rsidP="00606B81">
            <w:r>
              <w:t>4876-8355-5732</w:t>
            </w:r>
          </w:p>
        </w:tc>
        <w:tc>
          <w:tcPr>
            <w:tcW w:w="1672" w:type="dxa"/>
          </w:tcPr>
          <w:p w:rsidR="00606B81" w:rsidRDefault="00606B81" w:rsidP="00606B81">
            <w:r>
              <w:t>6005703445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lastRenderedPageBreak/>
              <w:t>39</w:t>
            </w:r>
          </w:p>
        </w:tc>
        <w:tc>
          <w:tcPr>
            <w:tcW w:w="1759" w:type="dxa"/>
          </w:tcPr>
          <w:p w:rsidR="00606B81" w:rsidRDefault="00606B81" w:rsidP="00606B81">
            <w:r>
              <w:t>M Shafi dar</w:t>
            </w:r>
          </w:p>
        </w:tc>
        <w:tc>
          <w:tcPr>
            <w:tcW w:w="1501" w:type="dxa"/>
          </w:tcPr>
          <w:p w:rsidR="00606B81" w:rsidRDefault="00606B81" w:rsidP="00606B81">
            <w:r>
              <w:t>Muniwar</w:t>
            </w:r>
          </w:p>
        </w:tc>
        <w:tc>
          <w:tcPr>
            <w:tcW w:w="1769" w:type="dxa"/>
          </w:tcPr>
          <w:p w:rsidR="00606B81" w:rsidRDefault="00606B81" w:rsidP="00606B81">
            <w:r>
              <w:t>4585-0757-7307</w:t>
            </w:r>
          </w:p>
        </w:tc>
        <w:tc>
          <w:tcPr>
            <w:tcW w:w="1672" w:type="dxa"/>
          </w:tcPr>
          <w:p w:rsidR="00606B81" w:rsidRDefault="00606B81" w:rsidP="00606B81">
            <w:r>
              <w:t>9797868965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40</w:t>
            </w:r>
          </w:p>
        </w:tc>
        <w:tc>
          <w:tcPr>
            <w:tcW w:w="1759" w:type="dxa"/>
          </w:tcPr>
          <w:p w:rsidR="00606B81" w:rsidRDefault="00606B81" w:rsidP="00606B81">
            <w:r>
              <w:t>Gulzar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9707-3102-9892</w:t>
            </w:r>
          </w:p>
        </w:tc>
        <w:tc>
          <w:tcPr>
            <w:tcW w:w="1672" w:type="dxa"/>
          </w:tcPr>
          <w:p w:rsidR="00606B81" w:rsidRDefault="00606B81" w:rsidP="00606B81">
            <w:r>
              <w:t>6005534316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41</w:t>
            </w:r>
          </w:p>
        </w:tc>
        <w:tc>
          <w:tcPr>
            <w:tcW w:w="1759" w:type="dxa"/>
          </w:tcPr>
          <w:p w:rsidR="00606B81" w:rsidRDefault="00606B81" w:rsidP="00606B81">
            <w:r>
              <w:t>M. Syed Zargar</w:t>
            </w:r>
          </w:p>
        </w:tc>
        <w:tc>
          <w:tcPr>
            <w:tcW w:w="1501" w:type="dxa"/>
          </w:tcPr>
          <w:p w:rsidR="00606B81" w:rsidRDefault="00606B81" w:rsidP="00606B81">
            <w:r>
              <w:t>Rahpora</w:t>
            </w:r>
          </w:p>
        </w:tc>
        <w:tc>
          <w:tcPr>
            <w:tcW w:w="1769" w:type="dxa"/>
          </w:tcPr>
          <w:p w:rsidR="00606B81" w:rsidRDefault="00606B81" w:rsidP="00606B81">
            <w:r>
              <w:t>4836-4913-0213</w:t>
            </w:r>
          </w:p>
        </w:tc>
        <w:tc>
          <w:tcPr>
            <w:tcW w:w="1672" w:type="dxa"/>
          </w:tcPr>
          <w:p w:rsidR="00606B81" w:rsidRDefault="00606B81" w:rsidP="00606B81">
            <w:r>
              <w:t>8899097943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42</w:t>
            </w:r>
          </w:p>
        </w:tc>
        <w:tc>
          <w:tcPr>
            <w:tcW w:w="1759" w:type="dxa"/>
          </w:tcPr>
          <w:p w:rsidR="00606B81" w:rsidRDefault="00606B81" w:rsidP="00606B81">
            <w:r>
              <w:t>Khursheed Ah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>
            <w:r>
              <w:t>3716-7468-8245</w:t>
            </w:r>
          </w:p>
        </w:tc>
        <w:tc>
          <w:tcPr>
            <w:tcW w:w="1672" w:type="dxa"/>
          </w:tcPr>
          <w:p w:rsidR="00606B81" w:rsidRDefault="00606B81" w:rsidP="00606B81">
            <w:r>
              <w:t>9622886108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43</w:t>
            </w:r>
          </w:p>
        </w:tc>
        <w:tc>
          <w:tcPr>
            <w:tcW w:w="1759" w:type="dxa"/>
          </w:tcPr>
          <w:p w:rsidR="00606B81" w:rsidRDefault="00606B81" w:rsidP="00606B81">
            <w:r>
              <w:t>Ab Hamid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9906209211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44</w:t>
            </w:r>
          </w:p>
        </w:tc>
        <w:tc>
          <w:tcPr>
            <w:tcW w:w="1759" w:type="dxa"/>
          </w:tcPr>
          <w:p w:rsidR="00606B81" w:rsidRDefault="00606B81" w:rsidP="00606B81">
            <w:r>
              <w:t>Iftikhar</w:t>
            </w:r>
          </w:p>
        </w:tc>
        <w:tc>
          <w:tcPr>
            <w:tcW w:w="1501" w:type="dxa"/>
          </w:tcPr>
          <w:p w:rsidR="00606B81" w:rsidRDefault="00606B81" w:rsidP="00606B81">
            <w:r>
              <w:t>Ganjipora</w:t>
            </w:r>
          </w:p>
        </w:tc>
        <w:tc>
          <w:tcPr>
            <w:tcW w:w="1769" w:type="dxa"/>
          </w:tcPr>
          <w:p w:rsidR="00606B81" w:rsidRDefault="00606B81" w:rsidP="00606B81">
            <w:r>
              <w:t>9522-5915-1733</w:t>
            </w:r>
          </w:p>
        </w:tc>
        <w:tc>
          <w:tcPr>
            <w:tcW w:w="1672" w:type="dxa"/>
          </w:tcPr>
          <w:p w:rsidR="00606B81" w:rsidRDefault="00606B81" w:rsidP="00606B81">
            <w:r>
              <w:t>9596414800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45</w:t>
            </w:r>
          </w:p>
        </w:tc>
        <w:tc>
          <w:tcPr>
            <w:tcW w:w="1759" w:type="dxa"/>
          </w:tcPr>
          <w:p w:rsidR="00606B81" w:rsidRDefault="00606B81" w:rsidP="00606B81">
            <w:r>
              <w:t>Gh. Nabi Dar</w:t>
            </w:r>
          </w:p>
        </w:tc>
        <w:tc>
          <w:tcPr>
            <w:tcW w:w="1501" w:type="dxa"/>
          </w:tcPr>
          <w:p w:rsidR="00606B81" w:rsidRDefault="00606B81" w:rsidP="00606B81">
            <w:r>
              <w:t>Howra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9682565822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46</w:t>
            </w:r>
          </w:p>
        </w:tc>
        <w:tc>
          <w:tcPr>
            <w:tcW w:w="1759" w:type="dxa"/>
          </w:tcPr>
          <w:p w:rsidR="00606B81" w:rsidRDefault="00606B81" w:rsidP="00606B81">
            <w:r>
              <w:t>Khursheed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4601-9432-1549</w:t>
            </w:r>
          </w:p>
        </w:tc>
        <w:tc>
          <w:tcPr>
            <w:tcW w:w="1672" w:type="dxa"/>
          </w:tcPr>
          <w:p w:rsidR="00606B81" w:rsidRDefault="00606B81" w:rsidP="00606B81">
            <w:r>
              <w:t>9906566841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47</w:t>
            </w:r>
          </w:p>
        </w:tc>
        <w:tc>
          <w:tcPr>
            <w:tcW w:w="1759" w:type="dxa"/>
          </w:tcPr>
          <w:p w:rsidR="00606B81" w:rsidRDefault="00606B81" w:rsidP="00606B81">
            <w:r>
              <w:t>Ab. Hamid Dar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9846530086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48</w:t>
            </w:r>
          </w:p>
        </w:tc>
        <w:tc>
          <w:tcPr>
            <w:tcW w:w="1759" w:type="dxa"/>
          </w:tcPr>
          <w:p w:rsidR="00606B81" w:rsidRDefault="00606B81" w:rsidP="00606B81">
            <w:r>
              <w:t>M. Ashraf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>
            <w:r>
              <w:t>2114-0172-8340</w:t>
            </w:r>
          </w:p>
        </w:tc>
        <w:tc>
          <w:tcPr>
            <w:tcW w:w="1672" w:type="dxa"/>
          </w:tcPr>
          <w:p w:rsidR="00606B81" w:rsidRDefault="00606B81" w:rsidP="00606B81">
            <w:r>
              <w:t>9541147309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49</w:t>
            </w:r>
          </w:p>
        </w:tc>
        <w:tc>
          <w:tcPr>
            <w:tcW w:w="1759" w:type="dxa"/>
          </w:tcPr>
          <w:p w:rsidR="00606B81" w:rsidRDefault="00606B81" w:rsidP="00606B81">
            <w:r>
              <w:t>M. Amin Hajam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>
            <w:r>
              <w:t>8037-7584-0120</w:t>
            </w:r>
          </w:p>
        </w:tc>
        <w:tc>
          <w:tcPr>
            <w:tcW w:w="1672" w:type="dxa"/>
          </w:tcPr>
          <w:p w:rsidR="00606B81" w:rsidRDefault="00606B81" w:rsidP="00606B81">
            <w:r>
              <w:t>7006624188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50</w:t>
            </w:r>
          </w:p>
        </w:tc>
        <w:tc>
          <w:tcPr>
            <w:tcW w:w="1759" w:type="dxa"/>
          </w:tcPr>
          <w:p w:rsidR="00606B81" w:rsidRDefault="00606B81" w:rsidP="00606B81">
            <w:r>
              <w:t>Rouf Ah Dar</w:t>
            </w:r>
          </w:p>
        </w:tc>
        <w:tc>
          <w:tcPr>
            <w:tcW w:w="1501" w:type="dxa"/>
          </w:tcPr>
          <w:p w:rsidR="00606B81" w:rsidRDefault="00606B81" w:rsidP="00606B81">
            <w:r>
              <w:t xml:space="preserve">Khudwani </w:t>
            </w:r>
          </w:p>
        </w:tc>
        <w:tc>
          <w:tcPr>
            <w:tcW w:w="1769" w:type="dxa"/>
          </w:tcPr>
          <w:p w:rsidR="00606B81" w:rsidRDefault="00606B81" w:rsidP="00606B81">
            <w:r>
              <w:t>8311-9614-0014</w:t>
            </w:r>
          </w:p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51</w:t>
            </w:r>
          </w:p>
        </w:tc>
        <w:tc>
          <w:tcPr>
            <w:tcW w:w="1759" w:type="dxa"/>
          </w:tcPr>
          <w:p w:rsidR="00606B81" w:rsidRDefault="00606B81" w:rsidP="00606B81">
            <w:r>
              <w:t>Waseem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>
            <w:r>
              <w:t>8304-6566-8157</w:t>
            </w:r>
          </w:p>
        </w:tc>
        <w:tc>
          <w:tcPr>
            <w:tcW w:w="1672" w:type="dxa"/>
          </w:tcPr>
          <w:p w:rsidR="00606B81" w:rsidRDefault="00606B81" w:rsidP="00606B81">
            <w:r>
              <w:t>9841619762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52</w:t>
            </w:r>
          </w:p>
        </w:tc>
        <w:tc>
          <w:tcPr>
            <w:tcW w:w="1759" w:type="dxa"/>
          </w:tcPr>
          <w:p w:rsidR="00606B81" w:rsidRDefault="00606B81" w:rsidP="00606B81">
            <w:r>
              <w:t>Altaf Ah Wani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2065-7695-7183</w:t>
            </w:r>
          </w:p>
        </w:tc>
        <w:tc>
          <w:tcPr>
            <w:tcW w:w="1672" w:type="dxa"/>
          </w:tcPr>
          <w:p w:rsidR="00606B81" w:rsidRDefault="00606B81" w:rsidP="00606B81">
            <w:r>
              <w:t>9622637171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53</w:t>
            </w:r>
          </w:p>
        </w:tc>
        <w:tc>
          <w:tcPr>
            <w:tcW w:w="1759" w:type="dxa"/>
          </w:tcPr>
          <w:p w:rsidR="00606B81" w:rsidRDefault="00606B81" w:rsidP="00606B81">
            <w:r>
              <w:t>Shabrooz Akhter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6717-1954-6195</w:t>
            </w:r>
          </w:p>
        </w:tc>
        <w:tc>
          <w:tcPr>
            <w:tcW w:w="1672" w:type="dxa"/>
          </w:tcPr>
          <w:p w:rsidR="00606B81" w:rsidRDefault="00606B81" w:rsidP="00606B81">
            <w:r>
              <w:t>8283081323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54</w:t>
            </w:r>
          </w:p>
        </w:tc>
        <w:tc>
          <w:tcPr>
            <w:tcW w:w="1759" w:type="dxa"/>
          </w:tcPr>
          <w:p w:rsidR="00606B81" w:rsidRDefault="00606B81" w:rsidP="00606B81">
            <w:r>
              <w:t>shazia</w:t>
            </w:r>
          </w:p>
        </w:tc>
        <w:tc>
          <w:tcPr>
            <w:tcW w:w="1501" w:type="dxa"/>
          </w:tcPr>
          <w:p w:rsidR="00606B81" w:rsidRDefault="00606B81" w:rsidP="00606B81">
            <w:r>
              <w:t>ganjipora</w:t>
            </w:r>
          </w:p>
        </w:tc>
        <w:tc>
          <w:tcPr>
            <w:tcW w:w="1769" w:type="dxa"/>
          </w:tcPr>
          <w:p w:rsidR="00606B81" w:rsidRDefault="00606B81" w:rsidP="00606B81">
            <w:r>
              <w:t>5234-2900-6444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9906863086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55</w:t>
            </w:r>
          </w:p>
        </w:tc>
        <w:tc>
          <w:tcPr>
            <w:tcW w:w="1759" w:type="dxa"/>
          </w:tcPr>
          <w:p w:rsidR="00606B81" w:rsidRDefault="00606B81" w:rsidP="00606B81">
            <w:r>
              <w:t>farooqa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>
            <w:r>
              <w:t>3109-4639-2990</w:t>
            </w:r>
          </w:p>
        </w:tc>
        <w:tc>
          <w:tcPr>
            <w:tcW w:w="1672" w:type="dxa"/>
          </w:tcPr>
          <w:p w:rsidR="00606B81" w:rsidRDefault="00606B81" w:rsidP="00606B81">
            <w:r>
              <w:t>9596145116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56</w:t>
            </w:r>
          </w:p>
        </w:tc>
        <w:tc>
          <w:tcPr>
            <w:tcW w:w="1759" w:type="dxa"/>
          </w:tcPr>
          <w:p w:rsidR="00606B81" w:rsidRDefault="00606B81" w:rsidP="00606B81">
            <w:r>
              <w:t>M. Abbas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3616-8573-2974</w:t>
            </w:r>
          </w:p>
        </w:tc>
        <w:tc>
          <w:tcPr>
            <w:tcW w:w="1672" w:type="dxa"/>
          </w:tcPr>
          <w:p w:rsidR="00606B81" w:rsidRDefault="00606B81" w:rsidP="00606B81">
            <w:r>
              <w:t>9906464850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57</w:t>
            </w:r>
          </w:p>
        </w:tc>
        <w:tc>
          <w:tcPr>
            <w:tcW w:w="1759" w:type="dxa"/>
          </w:tcPr>
          <w:p w:rsidR="00606B81" w:rsidRDefault="00606B81" w:rsidP="00606B81">
            <w:r>
              <w:t>Ab Rasheed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3968-9970-1893</w:t>
            </w:r>
          </w:p>
        </w:tc>
        <w:tc>
          <w:tcPr>
            <w:tcW w:w="1672" w:type="dxa"/>
          </w:tcPr>
          <w:p w:rsidR="00606B81" w:rsidRDefault="00606B81" w:rsidP="00606B81">
            <w:r>
              <w:t>7011865040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58</w:t>
            </w:r>
          </w:p>
        </w:tc>
        <w:tc>
          <w:tcPr>
            <w:tcW w:w="1759" w:type="dxa"/>
          </w:tcPr>
          <w:p w:rsidR="00606B81" w:rsidRDefault="00606B81" w:rsidP="00606B81">
            <w:r>
              <w:t>Mushtaq Hajam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9541870151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59</w:t>
            </w:r>
          </w:p>
        </w:tc>
        <w:tc>
          <w:tcPr>
            <w:tcW w:w="1759" w:type="dxa"/>
          </w:tcPr>
          <w:p w:rsidR="00606B81" w:rsidRDefault="00606B81" w:rsidP="00606B81">
            <w:r>
              <w:t>Abida Aziz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2843-1026-7419</w:t>
            </w:r>
          </w:p>
        </w:tc>
        <w:tc>
          <w:tcPr>
            <w:tcW w:w="1672" w:type="dxa"/>
          </w:tcPr>
          <w:p w:rsidR="00606B81" w:rsidRDefault="00606B81" w:rsidP="00606B81">
            <w:r>
              <w:t>6523675148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60</w:t>
            </w:r>
          </w:p>
        </w:tc>
        <w:tc>
          <w:tcPr>
            <w:tcW w:w="1759" w:type="dxa"/>
          </w:tcPr>
          <w:p w:rsidR="00606B81" w:rsidRDefault="00606B81" w:rsidP="00606B81">
            <w:r>
              <w:t>Nahida Anjum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2532-1038-6328</w:t>
            </w:r>
          </w:p>
        </w:tc>
        <w:tc>
          <w:tcPr>
            <w:tcW w:w="1672" w:type="dxa"/>
          </w:tcPr>
          <w:p w:rsidR="00606B81" w:rsidRDefault="00606B81" w:rsidP="00606B81">
            <w:r>
              <w:t>8168564513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61</w:t>
            </w:r>
          </w:p>
        </w:tc>
        <w:tc>
          <w:tcPr>
            <w:tcW w:w="1759" w:type="dxa"/>
          </w:tcPr>
          <w:p w:rsidR="00606B81" w:rsidRDefault="00606B81" w:rsidP="00606B81">
            <w:r>
              <w:t>Kousara Jan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6028-3704-7542</w:t>
            </w:r>
          </w:p>
        </w:tc>
        <w:tc>
          <w:tcPr>
            <w:tcW w:w="1672" w:type="dxa"/>
          </w:tcPr>
          <w:p w:rsidR="00606B81" w:rsidRDefault="00606B81" w:rsidP="00606B81">
            <w:r>
              <w:t>6006465434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62</w:t>
            </w:r>
          </w:p>
        </w:tc>
        <w:tc>
          <w:tcPr>
            <w:tcW w:w="1759" w:type="dxa"/>
          </w:tcPr>
          <w:p w:rsidR="00606B81" w:rsidRDefault="00606B81" w:rsidP="00606B81">
            <w:r>
              <w:t>Reshma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7051629165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63</w:t>
            </w:r>
          </w:p>
        </w:tc>
        <w:tc>
          <w:tcPr>
            <w:tcW w:w="1759" w:type="dxa"/>
          </w:tcPr>
          <w:p w:rsidR="00606B81" w:rsidRDefault="00606B81" w:rsidP="00606B81">
            <w:r>
              <w:t>Danish Mohi Ud Din</w:t>
            </w:r>
          </w:p>
        </w:tc>
        <w:tc>
          <w:tcPr>
            <w:tcW w:w="1501" w:type="dxa"/>
          </w:tcPr>
          <w:p w:rsidR="00606B81" w:rsidRDefault="00606B81" w:rsidP="00606B81">
            <w:r>
              <w:t>dailgam</w:t>
            </w:r>
          </w:p>
        </w:tc>
        <w:tc>
          <w:tcPr>
            <w:tcW w:w="1769" w:type="dxa"/>
          </w:tcPr>
          <w:p w:rsidR="00606B81" w:rsidRDefault="00606B81" w:rsidP="00606B81">
            <w:r>
              <w:t>7161-5215-4155</w:t>
            </w:r>
          </w:p>
        </w:tc>
        <w:tc>
          <w:tcPr>
            <w:tcW w:w="1672" w:type="dxa"/>
          </w:tcPr>
          <w:p w:rsidR="00606B81" w:rsidRDefault="00606B81" w:rsidP="00606B81">
            <w:r>
              <w:t>7006495306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64</w:t>
            </w:r>
          </w:p>
        </w:tc>
        <w:tc>
          <w:tcPr>
            <w:tcW w:w="1759" w:type="dxa"/>
          </w:tcPr>
          <w:p w:rsidR="00606B81" w:rsidRDefault="00606B81" w:rsidP="00606B81">
            <w:r>
              <w:t>Nayeem Ah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8283-0813-2324</w:t>
            </w:r>
          </w:p>
        </w:tc>
        <w:tc>
          <w:tcPr>
            <w:tcW w:w="1672" w:type="dxa"/>
          </w:tcPr>
          <w:p w:rsidR="00606B81" w:rsidRDefault="00606B81" w:rsidP="00606B81">
            <w:r>
              <w:t>9541619762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65</w:t>
            </w:r>
          </w:p>
        </w:tc>
        <w:tc>
          <w:tcPr>
            <w:tcW w:w="1759" w:type="dxa"/>
          </w:tcPr>
          <w:p w:rsidR="00606B81" w:rsidRDefault="00606B81" w:rsidP="00606B81">
            <w:r>
              <w:t>Farooq Ah.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8905-7336-4965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9906863086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66</w:t>
            </w:r>
          </w:p>
        </w:tc>
        <w:tc>
          <w:tcPr>
            <w:tcW w:w="1759" w:type="dxa"/>
          </w:tcPr>
          <w:p w:rsidR="00606B81" w:rsidRDefault="00606B81" w:rsidP="00606B81">
            <w:r>
              <w:t>M. Ramees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2206-3308-0941</w:t>
            </w:r>
          </w:p>
        </w:tc>
        <w:tc>
          <w:tcPr>
            <w:tcW w:w="1672" w:type="dxa"/>
          </w:tcPr>
          <w:p w:rsidR="00606B81" w:rsidRDefault="00606B81" w:rsidP="00606B81">
            <w:r>
              <w:t>9596145116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67</w:t>
            </w:r>
          </w:p>
        </w:tc>
        <w:tc>
          <w:tcPr>
            <w:tcW w:w="1759" w:type="dxa"/>
          </w:tcPr>
          <w:p w:rsidR="00606B81" w:rsidRDefault="00606B81" w:rsidP="00606B81">
            <w:r>
              <w:t>Junaid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9622637117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68</w:t>
            </w:r>
          </w:p>
        </w:tc>
        <w:tc>
          <w:tcPr>
            <w:tcW w:w="1759" w:type="dxa"/>
          </w:tcPr>
          <w:p w:rsidR="00606B81" w:rsidRDefault="00606B81" w:rsidP="00606B81">
            <w:r>
              <w:t>M. Altaf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3011-3650-4061</w:t>
            </w:r>
          </w:p>
        </w:tc>
        <w:tc>
          <w:tcPr>
            <w:tcW w:w="1672" w:type="dxa"/>
          </w:tcPr>
          <w:p w:rsidR="00606B81" w:rsidRDefault="00606B81" w:rsidP="00606B81">
            <w:r>
              <w:t>99065464850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69</w:t>
            </w:r>
          </w:p>
        </w:tc>
        <w:tc>
          <w:tcPr>
            <w:tcW w:w="1759" w:type="dxa"/>
          </w:tcPr>
          <w:p w:rsidR="00606B81" w:rsidRDefault="00606B81" w:rsidP="00606B81">
            <w:r>
              <w:t>M. Hussein Dar</w:t>
            </w:r>
          </w:p>
        </w:tc>
        <w:tc>
          <w:tcPr>
            <w:tcW w:w="1501" w:type="dxa"/>
          </w:tcPr>
          <w:p w:rsidR="00606B81" w:rsidRDefault="00606B81" w:rsidP="00606B81">
            <w:r>
              <w:t>Redwani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6523-6751-4867</w:t>
            </w:r>
          </w:p>
        </w:tc>
        <w:tc>
          <w:tcPr>
            <w:tcW w:w="1672" w:type="dxa"/>
          </w:tcPr>
          <w:p w:rsidR="00606B81" w:rsidRDefault="00606B81" w:rsidP="00606B81">
            <w:r>
              <w:t>9541670149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70</w:t>
            </w:r>
          </w:p>
        </w:tc>
        <w:tc>
          <w:tcPr>
            <w:tcW w:w="1759" w:type="dxa"/>
          </w:tcPr>
          <w:p w:rsidR="00606B81" w:rsidRDefault="00606B81" w:rsidP="00606B81">
            <w:r>
              <w:t>Akib Javeed</w:t>
            </w:r>
          </w:p>
        </w:tc>
        <w:tc>
          <w:tcPr>
            <w:tcW w:w="1501" w:type="dxa"/>
          </w:tcPr>
          <w:p w:rsidR="00606B81" w:rsidRDefault="00606B81" w:rsidP="00606B81">
            <w:r>
              <w:t>Brezila</w:t>
            </w:r>
          </w:p>
        </w:tc>
        <w:tc>
          <w:tcPr>
            <w:tcW w:w="1769" w:type="dxa"/>
          </w:tcPr>
          <w:p w:rsidR="00606B81" w:rsidRDefault="00606B81" w:rsidP="00606B81">
            <w:r>
              <w:t>8168-5645-1369</w:t>
            </w:r>
          </w:p>
        </w:tc>
        <w:tc>
          <w:tcPr>
            <w:tcW w:w="1672" w:type="dxa"/>
          </w:tcPr>
          <w:p w:rsidR="00606B81" w:rsidRDefault="00606B81" w:rsidP="00606B81">
            <w:r>
              <w:t>6006465434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71</w:t>
            </w:r>
          </w:p>
        </w:tc>
        <w:tc>
          <w:tcPr>
            <w:tcW w:w="1759" w:type="dxa"/>
          </w:tcPr>
          <w:p w:rsidR="00606B81" w:rsidRDefault="00606B81" w:rsidP="00606B81">
            <w:r>
              <w:t>Fayaz Ah.</w:t>
            </w:r>
          </w:p>
        </w:tc>
        <w:tc>
          <w:tcPr>
            <w:tcW w:w="1501" w:type="dxa"/>
          </w:tcPr>
          <w:p w:rsidR="00606B81" w:rsidRDefault="00606B81" w:rsidP="00606B81">
            <w:r>
              <w:t>Chee</w:t>
            </w:r>
          </w:p>
        </w:tc>
        <w:tc>
          <w:tcPr>
            <w:tcW w:w="1769" w:type="dxa"/>
          </w:tcPr>
          <w:p w:rsidR="00606B81" w:rsidRDefault="00606B81" w:rsidP="00606B81">
            <w:r>
              <w:t>9745-4992-3970</w:t>
            </w:r>
          </w:p>
        </w:tc>
        <w:tc>
          <w:tcPr>
            <w:tcW w:w="1672" w:type="dxa"/>
          </w:tcPr>
          <w:p w:rsidR="00606B81" w:rsidRDefault="00606B81" w:rsidP="00606B81">
            <w:r>
              <w:t>7051629165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72</w:t>
            </w:r>
          </w:p>
        </w:tc>
        <w:tc>
          <w:tcPr>
            <w:tcW w:w="1759" w:type="dxa"/>
          </w:tcPr>
          <w:p w:rsidR="00606B81" w:rsidRDefault="00606B81" w:rsidP="00606B81">
            <w:r>
              <w:t xml:space="preserve">Aarif Sajad 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5581-7855-6694</w:t>
            </w:r>
          </w:p>
        </w:tc>
        <w:tc>
          <w:tcPr>
            <w:tcW w:w="1672" w:type="dxa"/>
          </w:tcPr>
          <w:p w:rsidR="00606B81" w:rsidRDefault="00606B81" w:rsidP="00606B81">
            <w:r>
              <w:t>9622442207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73</w:t>
            </w:r>
          </w:p>
        </w:tc>
        <w:tc>
          <w:tcPr>
            <w:tcW w:w="1759" w:type="dxa"/>
          </w:tcPr>
          <w:p w:rsidR="00606B81" w:rsidRDefault="00606B81" w:rsidP="00606B81">
            <w:r>
              <w:t>Mudasir Manzoor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8215-5159-6964</w:t>
            </w:r>
          </w:p>
        </w:tc>
        <w:tc>
          <w:tcPr>
            <w:tcW w:w="1672" w:type="dxa"/>
          </w:tcPr>
          <w:p w:rsidR="00606B81" w:rsidRDefault="00606B81" w:rsidP="00606B81">
            <w:r>
              <w:t>8899089859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74</w:t>
            </w:r>
          </w:p>
        </w:tc>
        <w:tc>
          <w:tcPr>
            <w:tcW w:w="1759" w:type="dxa"/>
          </w:tcPr>
          <w:p w:rsidR="00606B81" w:rsidRDefault="00606B81" w:rsidP="00606B81">
            <w:r>
              <w:t>Autta mohd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788971462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75</w:t>
            </w:r>
          </w:p>
        </w:tc>
        <w:tc>
          <w:tcPr>
            <w:tcW w:w="1759" w:type="dxa"/>
          </w:tcPr>
          <w:p w:rsidR="00606B81" w:rsidRDefault="00606B81" w:rsidP="00606B81">
            <w:r>
              <w:t>Sajad Ah Rath</w:t>
            </w:r>
          </w:p>
        </w:tc>
        <w:tc>
          <w:tcPr>
            <w:tcW w:w="1501" w:type="dxa"/>
          </w:tcPr>
          <w:p w:rsidR="00606B81" w:rsidRDefault="00606B81" w:rsidP="00606B81">
            <w:r>
              <w:t>Rehpora</w:t>
            </w:r>
          </w:p>
        </w:tc>
        <w:tc>
          <w:tcPr>
            <w:tcW w:w="1769" w:type="dxa"/>
          </w:tcPr>
          <w:p w:rsidR="00606B81" w:rsidRDefault="00606B81" w:rsidP="00606B81">
            <w:r>
              <w:t>4981-2874-9996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9797740691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76</w:t>
            </w:r>
          </w:p>
        </w:tc>
        <w:tc>
          <w:tcPr>
            <w:tcW w:w="1759" w:type="dxa"/>
          </w:tcPr>
          <w:p w:rsidR="00606B81" w:rsidRDefault="00606B81" w:rsidP="00606B81">
            <w:r>
              <w:t>Javed Ah.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Kokernag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9596321755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77</w:t>
            </w:r>
          </w:p>
        </w:tc>
        <w:tc>
          <w:tcPr>
            <w:tcW w:w="1759" w:type="dxa"/>
          </w:tcPr>
          <w:p w:rsidR="00606B81" w:rsidRDefault="00606B81" w:rsidP="00606B81">
            <w:r>
              <w:t>Mohd Arif Khan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7006840578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78</w:t>
            </w:r>
          </w:p>
        </w:tc>
        <w:tc>
          <w:tcPr>
            <w:tcW w:w="1759" w:type="dxa"/>
          </w:tcPr>
          <w:p w:rsidR="00606B81" w:rsidRDefault="00606B81" w:rsidP="00606B81">
            <w:r>
              <w:t>Masood Ah Parray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2373-4131-3668</w:t>
            </w:r>
          </w:p>
        </w:tc>
        <w:tc>
          <w:tcPr>
            <w:tcW w:w="1672" w:type="dxa"/>
          </w:tcPr>
          <w:p w:rsidR="00606B81" w:rsidRDefault="00606B81" w:rsidP="00606B81">
            <w:r>
              <w:t>8002223328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79</w:t>
            </w:r>
          </w:p>
        </w:tc>
        <w:tc>
          <w:tcPr>
            <w:tcW w:w="1759" w:type="dxa"/>
          </w:tcPr>
          <w:p w:rsidR="00606B81" w:rsidRDefault="00606B81" w:rsidP="00606B81">
            <w:r>
              <w:t xml:space="preserve">Bazila </w:t>
            </w:r>
          </w:p>
        </w:tc>
        <w:tc>
          <w:tcPr>
            <w:tcW w:w="1501" w:type="dxa"/>
          </w:tcPr>
          <w:p w:rsidR="00606B81" w:rsidRDefault="00606B81" w:rsidP="00606B81">
            <w:r>
              <w:t>FCLA</w:t>
            </w:r>
          </w:p>
        </w:tc>
        <w:tc>
          <w:tcPr>
            <w:tcW w:w="1769" w:type="dxa"/>
          </w:tcPr>
          <w:p w:rsidR="00606B81" w:rsidRDefault="00606B81" w:rsidP="00606B81">
            <w:r>
              <w:t>2723-1170-4649</w:t>
            </w:r>
          </w:p>
        </w:tc>
        <w:tc>
          <w:tcPr>
            <w:tcW w:w="1672" w:type="dxa"/>
          </w:tcPr>
          <w:p w:rsidR="00606B81" w:rsidRDefault="00606B81" w:rsidP="00606B81">
            <w:r>
              <w:t>7889484264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80</w:t>
            </w:r>
          </w:p>
        </w:tc>
        <w:tc>
          <w:tcPr>
            <w:tcW w:w="1759" w:type="dxa"/>
          </w:tcPr>
          <w:p w:rsidR="00606B81" w:rsidRDefault="00606B81" w:rsidP="00606B81">
            <w:r>
              <w:t>Mushtaq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9541506030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81</w:t>
            </w:r>
          </w:p>
        </w:tc>
        <w:tc>
          <w:tcPr>
            <w:tcW w:w="1759" w:type="dxa"/>
          </w:tcPr>
          <w:p w:rsidR="00606B81" w:rsidRDefault="00606B81" w:rsidP="00606B81">
            <w:r>
              <w:t>Bashir Ah. Ganie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4149-3758-8283</w:t>
            </w:r>
          </w:p>
        </w:tc>
        <w:tc>
          <w:tcPr>
            <w:tcW w:w="1672" w:type="dxa"/>
          </w:tcPr>
          <w:p w:rsidR="00606B81" w:rsidRDefault="00606B81" w:rsidP="00606B81">
            <w:r>
              <w:t>9906633480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82</w:t>
            </w:r>
          </w:p>
        </w:tc>
        <w:tc>
          <w:tcPr>
            <w:tcW w:w="1759" w:type="dxa"/>
          </w:tcPr>
          <w:p w:rsidR="00606B81" w:rsidRDefault="00606B81" w:rsidP="00606B81">
            <w:r>
              <w:t>Mushtaq Ah</w:t>
            </w:r>
          </w:p>
        </w:tc>
        <w:tc>
          <w:tcPr>
            <w:tcW w:w="1501" w:type="dxa"/>
          </w:tcPr>
          <w:p w:rsidR="00606B81" w:rsidRDefault="00606B81" w:rsidP="00606B81">
            <w:r>
              <w:t>Wanpoh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8082223528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83</w:t>
            </w:r>
          </w:p>
        </w:tc>
        <w:tc>
          <w:tcPr>
            <w:tcW w:w="1759" w:type="dxa"/>
          </w:tcPr>
          <w:p w:rsidR="00606B81" w:rsidRDefault="00606B81" w:rsidP="00606B81">
            <w:r>
              <w:t>Balbir Singh</w:t>
            </w:r>
          </w:p>
        </w:tc>
        <w:tc>
          <w:tcPr>
            <w:tcW w:w="1501" w:type="dxa"/>
          </w:tcPr>
          <w:p w:rsidR="00606B81" w:rsidRDefault="00606B81" w:rsidP="00606B81">
            <w:r>
              <w:t>Palpora</w:t>
            </w:r>
          </w:p>
        </w:tc>
        <w:tc>
          <w:tcPr>
            <w:tcW w:w="1769" w:type="dxa"/>
          </w:tcPr>
          <w:p w:rsidR="00606B81" w:rsidRDefault="00606B81" w:rsidP="00606B81">
            <w:r>
              <w:t>3201-8956-8144</w:t>
            </w:r>
          </w:p>
        </w:tc>
        <w:tc>
          <w:tcPr>
            <w:tcW w:w="1672" w:type="dxa"/>
          </w:tcPr>
          <w:p w:rsidR="00606B81" w:rsidRDefault="00606B81" w:rsidP="00606B81">
            <w:r>
              <w:t>6005796298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lastRenderedPageBreak/>
              <w:t>84</w:t>
            </w:r>
          </w:p>
        </w:tc>
        <w:tc>
          <w:tcPr>
            <w:tcW w:w="1759" w:type="dxa"/>
          </w:tcPr>
          <w:p w:rsidR="00606B81" w:rsidRDefault="00606B81" w:rsidP="00606B81">
            <w:r>
              <w:t>Reyaz Ah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2613-4853-0418</w:t>
            </w:r>
          </w:p>
        </w:tc>
        <w:tc>
          <w:tcPr>
            <w:tcW w:w="1672" w:type="dxa"/>
          </w:tcPr>
          <w:p w:rsidR="00606B81" w:rsidRDefault="00606B81" w:rsidP="00606B81">
            <w:r>
              <w:t>9541619533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85</w:t>
            </w:r>
          </w:p>
        </w:tc>
        <w:tc>
          <w:tcPr>
            <w:tcW w:w="1759" w:type="dxa"/>
          </w:tcPr>
          <w:p w:rsidR="00606B81" w:rsidRDefault="00606B81" w:rsidP="00606B81">
            <w:r>
              <w:t>Yasmeena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9541506030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86</w:t>
            </w:r>
          </w:p>
        </w:tc>
        <w:tc>
          <w:tcPr>
            <w:tcW w:w="1759" w:type="dxa"/>
          </w:tcPr>
          <w:p w:rsidR="00606B81" w:rsidRDefault="00606B81" w:rsidP="00606B81">
            <w:r>
              <w:t>M. Ishaq</w:t>
            </w:r>
          </w:p>
        </w:tc>
        <w:tc>
          <w:tcPr>
            <w:tcW w:w="1501" w:type="dxa"/>
          </w:tcPr>
          <w:p w:rsidR="00606B81" w:rsidRDefault="00606B81" w:rsidP="00606B81">
            <w:r>
              <w:t>Kamad</w:t>
            </w:r>
          </w:p>
        </w:tc>
        <w:tc>
          <w:tcPr>
            <w:tcW w:w="1769" w:type="dxa"/>
          </w:tcPr>
          <w:p w:rsidR="00606B81" w:rsidRDefault="00606B81" w:rsidP="00606B81">
            <w:r>
              <w:t>2333-0775-2783</w:t>
            </w:r>
          </w:p>
        </w:tc>
        <w:tc>
          <w:tcPr>
            <w:tcW w:w="1672" w:type="dxa"/>
          </w:tcPr>
          <w:p w:rsidR="00606B81" w:rsidRDefault="00606B81" w:rsidP="00606B81">
            <w:r>
              <w:t>7006412534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87</w:t>
            </w:r>
          </w:p>
        </w:tc>
        <w:tc>
          <w:tcPr>
            <w:tcW w:w="1759" w:type="dxa"/>
          </w:tcPr>
          <w:p w:rsidR="00606B81" w:rsidRDefault="00606B81" w:rsidP="00606B81">
            <w:r>
              <w:t>Rayees Ah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>
            <w:r>
              <w:t>5163-1528-3078</w:t>
            </w:r>
          </w:p>
        </w:tc>
        <w:tc>
          <w:tcPr>
            <w:tcW w:w="1672" w:type="dxa"/>
          </w:tcPr>
          <w:p w:rsidR="00606B81" w:rsidRDefault="00606B81" w:rsidP="00606B81">
            <w:r>
              <w:t>7006562781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88</w:t>
            </w:r>
          </w:p>
        </w:tc>
        <w:tc>
          <w:tcPr>
            <w:tcW w:w="1759" w:type="dxa"/>
          </w:tcPr>
          <w:p w:rsidR="00606B81" w:rsidRDefault="00606B81" w:rsidP="00606B81">
            <w:r>
              <w:t>Tariq Ah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9797868965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89</w:t>
            </w:r>
          </w:p>
        </w:tc>
        <w:tc>
          <w:tcPr>
            <w:tcW w:w="1759" w:type="dxa"/>
          </w:tcPr>
          <w:p w:rsidR="00606B81" w:rsidRDefault="00606B81" w:rsidP="00606B81">
            <w:r>
              <w:t>M. Shafi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9543-6553-4867</w:t>
            </w:r>
          </w:p>
        </w:tc>
        <w:tc>
          <w:tcPr>
            <w:tcW w:w="1672" w:type="dxa"/>
          </w:tcPr>
          <w:p w:rsidR="00606B81" w:rsidRDefault="00606B81" w:rsidP="00606B81">
            <w:r>
              <w:t>6005580454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90</w:t>
            </w:r>
          </w:p>
        </w:tc>
        <w:tc>
          <w:tcPr>
            <w:tcW w:w="1759" w:type="dxa"/>
          </w:tcPr>
          <w:p w:rsidR="00606B81" w:rsidRDefault="00606B81" w:rsidP="00606B81">
            <w:r>
              <w:t>Shariq Shafi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9202019137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91</w:t>
            </w:r>
          </w:p>
        </w:tc>
        <w:tc>
          <w:tcPr>
            <w:tcW w:w="1759" w:type="dxa"/>
          </w:tcPr>
          <w:p w:rsidR="00606B81" w:rsidRDefault="00606B81" w:rsidP="00606B81">
            <w:r>
              <w:t>Khursheed Ah</w:t>
            </w:r>
          </w:p>
        </w:tc>
        <w:tc>
          <w:tcPr>
            <w:tcW w:w="1501" w:type="dxa"/>
          </w:tcPr>
          <w:p w:rsidR="00606B81" w:rsidRDefault="00606B81" w:rsidP="00606B81">
            <w:r>
              <w:t xml:space="preserve">Tachur </w:t>
            </w:r>
          </w:p>
        </w:tc>
        <w:tc>
          <w:tcPr>
            <w:tcW w:w="1769" w:type="dxa"/>
          </w:tcPr>
          <w:p w:rsidR="00606B81" w:rsidRDefault="00606B81" w:rsidP="00606B81">
            <w:r>
              <w:t>2847-7517-0428</w:t>
            </w:r>
          </w:p>
        </w:tc>
        <w:tc>
          <w:tcPr>
            <w:tcW w:w="1672" w:type="dxa"/>
          </w:tcPr>
          <w:p w:rsidR="00606B81" w:rsidRDefault="00606B81" w:rsidP="00606B81">
            <w:r>
              <w:t>6005105015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92</w:t>
            </w:r>
          </w:p>
        </w:tc>
        <w:tc>
          <w:tcPr>
            <w:tcW w:w="1759" w:type="dxa"/>
          </w:tcPr>
          <w:p w:rsidR="00606B81" w:rsidRDefault="00606B81" w:rsidP="00606B81">
            <w:r>
              <w:t>Mushtaq Ah.</w:t>
            </w:r>
          </w:p>
        </w:tc>
        <w:tc>
          <w:tcPr>
            <w:tcW w:w="1501" w:type="dxa"/>
          </w:tcPr>
          <w:p w:rsidR="00606B81" w:rsidRDefault="00606B81" w:rsidP="00606B81">
            <w:r>
              <w:t>Awantipora</w:t>
            </w:r>
          </w:p>
        </w:tc>
        <w:tc>
          <w:tcPr>
            <w:tcW w:w="1769" w:type="dxa"/>
          </w:tcPr>
          <w:p w:rsidR="00606B81" w:rsidRDefault="00606B81" w:rsidP="00606B81">
            <w:r>
              <w:t>9452-3352-1559</w:t>
            </w:r>
          </w:p>
        </w:tc>
        <w:tc>
          <w:tcPr>
            <w:tcW w:w="1672" w:type="dxa"/>
          </w:tcPr>
          <w:p w:rsidR="00606B81" w:rsidRDefault="00606B81" w:rsidP="00606B81">
            <w:r>
              <w:t>9596318144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93</w:t>
            </w:r>
          </w:p>
        </w:tc>
        <w:tc>
          <w:tcPr>
            <w:tcW w:w="1759" w:type="dxa"/>
          </w:tcPr>
          <w:p w:rsidR="00606B81" w:rsidRDefault="00606B81" w:rsidP="00606B81">
            <w:r>
              <w:t>Ghulam Hassan</w:t>
            </w:r>
          </w:p>
        </w:tc>
        <w:tc>
          <w:tcPr>
            <w:tcW w:w="1501" w:type="dxa"/>
          </w:tcPr>
          <w:p w:rsidR="00606B81" w:rsidRDefault="00606B81" w:rsidP="00606B81">
            <w:r>
              <w:t>Achabal</w:t>
            </w:r>
          </w:p>
        </w:tc>
        <w:tc>
          <w:tcPr>
            <w:tcW w:w="1769" w:type="dxa"/>
          </w:tcPr>
          <w:p w:rsidR="00606B81" w:rsidRDefault="00606B81" w:rsidP="00606B81">
            <w:r>
              <w:t>8700-0097-0909</w:t>
            </w:r>
          </w:p>
        </w:tc>
        <w:tc>
          <w:tcPr>
            <w:tcW w:w="1672" w:type="dxa"/>
          </w:tcPr>
          <w:p w:rsidR="00606B81" w:rsidRDefault="00606B81" w:rsidP="00606B81">
            <w:r>
              <w:t>9596296744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94</w:t>
            </w:r>
          </w:p>
        </w:tc>
        <w:tc>
          <w:tcPr>
            <w:tcW w:w="1759" w:type="dxa"/>
          </w:tcPr>
          <w:p w:rsidR="00606B81" w:rsidRDefault="00606B81" w:rsidP="00606B81">
            <w:r>
              <w:t>Hameedullah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920-2019-1374</w:t>
            </w:r>
          </w:p>
        </w:tc>
        <w:tc>
          <w:tcPr>
            <w:tcW w:w="1672" w:type="dxa"/>
          </w:tcPr>
          <w:p w:rsidR="00606B81" w:rsidRDefault="00606B81" w:rsidP="00606B81">
            <w:r>
              <w:t>9797868965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95</w:t>
            </w:r>
          </w:p>
        </w:tc>
        <w:tc>
          <w:tcPr>
            <w:tcW w:w="1759" w:type="dxa"/>
          </w:tcPr>
          <w:p w:rsidR="00606B81" w:rsidRDefault="00606B81" w:rsidP="00606B81">
            <w:r>
              <w:t>Mir Zahid</w:t>
            </w:r>
          </w:p>
        </w:tc>
        <w:tc>
          <w:tcPr>
            <w:tcW w:w="1501" w:type="dxa"/>
          </w:tcPr>
          <w:p w:rsidR="00606B81" w:rsidRDefault="00606B81" w:rsidP="00606B81">
            <w:r>
              <w:t>Bijbehara</w:t>
            </w:r>
          </w:p>
        </w:tc>
        <w:tc>
          <w:tcPr>
            <w:tcW w:w="1769" w:type="dxa"/>
          </w:tcPr>
          <w:p w:rsidR="00606B81" w:rsidRDefault="00606B81" w:rsidP="00606B81">
            <w:r>
              <w:t>4119-7672-8372</w:t>
            </w:r>
          </w:p>
        </w:tc>
        <w:tc>
          <w:tcPr>
            <w:tcW w:w="1672" w:type="dxa"/>
          </w:tcPr>
          <w:p w:rsidR="00606B81" w:rsidRDefault="00606B81" w:rsidP="00606B81">
            <w:r>
              <w:t>8899997262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96</w:t>
            </w:r>
          </w:p>
        </w:tc>
        <w:tc>
          <w:tcPr>
            <w:tcW w:w="1759" w:type="dxa"/>
          </w:tcPr>
          <w:p w:rsidR="00606B81" w:rsidRDefault="00606B81" w:rsidP="00606B81">
            <w:r>
              <w:t>Sabreena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7118-3213-1384</w:t>
            </w:r>
          </w:p>
        </w:tc>
        <w:tc>
          <w:tcPr>
            <w:tcW w:w="1672" w:type="dxa"/>
          </w:tcPr>
          <w:p w:rsidR="00606B81" w:rsidRDefault="00606B81" w:rsidP="00606B81">
            <w:r>
              <w:t>6005348061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97</w:t>
            </w:r>
          </w:p>
        </w:tc>
        <w:tc>
          <w:tcPr>
            <w:tcW w:w="1759" w:type="dxa"/>
          </w:tcPr>
          <w:p w:rsidR="00606B81" w:rsidRDefault="00606B81" w:rsidP="00606B81">
            <w:r>
              <w:t>Parvaiz Ah.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4919-9624-1387</w:t>
            </w:r>
          </w:p>
        </w:tc>
        <w:tc>
          <w:tcPr>
            <w:tcW w:w="1672" w:type="dxa"/>
          </w:tcPr>
          <w:p w:rsidR="00606B81" w:rsidRDefault="00606B81" w:rsidP="00606B81">
            <w:r>
              <w:t>9596382087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98</w:t>
            </w:r>
          </w:p>
        </w:tc>
        <w:tc>
          <w:tcPr>
            <w:tcW w:w="1759" w:type="dxa"/>
          </w:tcPr>
          <w:p w:rsidR="00606B81" w:rsidRDefault="00606B81" w:rsidP="00606B81">
            <w:r>
              <w:t>Manzoor Ah.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9273-0512-3800</w:t>
            </w:r>
          </w:p>
        </w:tc>
        <w:tc>
          <w:tcPr>
            <w:tcW w:w="1672" w:type="dxa"/>
          </w:tcPr>
          <w:p w:rsidR="00606B81" w:rsidRDefault="00606B81" w:rsidP="00606B81">
            <w:r>
              <w:t>9906637017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99</w:t>
            </w:r>
          </w:p>
        </w:tc>
        <w:tc>
          <w:tcPr>
            <w:tcW w:w="1759" w:type="dxa"/>
          </w:tcPr>
          <w:p w:rsidR="00606B81" w:rsidRDefault="00606B81" w:rsidP="00606B81">
            <w:r>
              <w:t>Ghulam Mohd Dar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5146-8157-2478</w:t>
            </w:r>
          </w:p>
        </w:tc>
        <w:tc>
          <w:tcPr>
            <w:tcW w:w="1672" w:type="dxa"/>
          </w:tcPr>
          <w:p w:rsidR="00606B81" w:rsidRDefault="00606B81" w:rsidP="00606B81">
            <w:r>
              <w:t>9797382074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100</w:t>
            </w:r>
          </w:p>
        </w:tc>
        <w:tc>
          <w:tcPr>
            <w:tcW w:w="1759" w:type="dxa"/>
          </w:tcPr>
          <w:p w:rsidR="00606B81" w:rsidRDefault="00606B81" w:rsidP="00606B81">
            <w:r>
              <w:t>Sayaar Ah.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5970-2999-8073</w:t>
            </w:r>
          </w:p>
        </w:tc>
        <w:tc>
          <w:tcPr>
            <w:tcW w:w="1672" w:type="dxa"/>
          </w:tcPr>
          <w:p w:rsidR="00606B81" w:rsidRDefault="00606B81" w:rsidP="00606B81">
            <w:r>
              <w:t>889554912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101</w:t>
            </w:r>
          </w:p>
        </w:tc>
        <w:tc>
          <w:tcPr>
            <w:tcW w:w="1759" w:type="dxa"/>
          </w:tcPr>
          <w:p w:rsidR="00606B81" w:rsidRDefault="00606B81" w:rsidP="00606B81">
            <w:r>
              <w:t>Mohd.Maqbool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5090-8758-4030</w:t>
            </w:r>
          </w:p>
        </w:tc>
        <w:tc>
          <w:tcPr>
            <w:tcW w:w="1672" w:type="dxa"/>
          </w:tcPr>
          <w:p w:rsidR="00606B81" w:rsidRDefault="00606B81" w:rsidP="00606B81">
            <w:r>
              <w:t>8899995918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102</w:t>
            </w:r>
          </w:p>
        </w:tc>
        <w:tc>
          <w:tcPr>
            <w:tcW w:w="1759" w:type="dxa"/>
          </w:tcPr>
          <w:p w:rsidR="00606B81" w:rsidRDefault="00606B81" w:rsidP="00606B81">
            <w:r>
              <w:t>Tariq Ah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9997-5545-8953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9906854905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103</w:t>
            </w:r>
          </w:p>
        </w:tc>
        <w:tc>
          <w:tcPr>
            <w:tcW w:w="1759" w:type="dxa"/>
          </w:tcPr>
          <w:p w:rsidR="00606B81" w:rsidRDefault="00606B81" w:rsidP="00606B81">
            <w:r>
              <w:t>Shahid Mushtaq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9940-4408-1333</w:t>
            </w:r>
          </w:p>
        </w:tc>
        <w:tc>
          <w:tcPr>
            <w:tcW w:w="1672" w:type="dxa"/>
          </w:tcPr>
          <w:p w:rsidR="00606B81" w:rsidRDefault="00606B81" w:rsidP="00606B81">
            <w:r>
              <w:t>9797894667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104</w:t>
            </w:r>
          </w:p>
        </w:tc>
        <w:tc>
          <w:tcPr>
            <w:tcW w:w="1759" w:type="dxa"/>
          </w:tcPr>
          <w:p w:rsidR="00606B81" w:rsidRDefault="00606B81" w:rsidP="00606B81">
            <w:r>
              <w:t>Bashir Ah.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3797-5487-0984</w:t>
            </w:r>
          </w:p>
        </w:tc>
        <w:tc>
          <w:tcPr>
            <w:tcW w:w="1672" w:type="dxa"/>
          </w:tcPr>
          <w:p w:rsidR="00606B81" w:rsidRDefault="00606B81" w:rsidP="00606B81">
            <w:r>
              <w:t>9622661780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105</w:t>
            </w:r>
          </w:p>
        </w:tc>
        <w:tc>
          <w:tcPr>
            <w:tcW w:w="1759" w:type="dxa"/>
          </w:tcPr>
          <w:p w:rsidR="00606B81" w:rsidRDefault="00606B81" w:rsidP="00606B81">
            <w:r>
              <w:t>Zafar Ali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5666-9913-5423</w:t>
            </w:r>
          </w:p>
        </w:tc>
        <w:tc>
          <w:tcPr>
            <w:tcW w:w="1672" w:type="dxa"/>
          </w:tcPr>
          <w:p w:rsidR="00606B81" w:rsidRDefault="00606B81" w:rsidP="00606B81">
            <w:r>
              <w:t>9469767345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106</w:t>
            </w:r>
          </w:p>
        </w:tc>
        <w:tc>
          <w:tcPr>
            <w:tcW w:w="1759" w:type="dxa"/>
          </w:tcPr>
          <w:p w:rsidR="00606B81" w:rsidRDefault="00606B81" w:rsidP="00606B81">
            <w:r>
              <w:t>Shazia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6755-3353-4554</w:t>
            </w:r>
          </w:p>
        </w:tc>
        <w:tc>
          <w:tcPr>
            <w:tcW w:w="1672" w:type="dxa"/>
          </w:tcPr>
          <w:p w:rsidR="00606B81" w:rsidRDefault="00606B81" w:rsidP="00606B81">
            <w:r>
              <w:t>600532018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107</w:t>
            </w:r>
          </w:p>
        </w:tc>
        <w:tc>
          <w:tcPr>
            <w:tcW w:w="1759" w:type="dxa"/>
          </w:tcPr>
          <w:p w:rsidR="00606B81" w:rsidRDefault="00606B81" w:rsidP="00606B81">
            <w:r>
              <w:t>Sajid Ah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9641618218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108</w:t>
            </w:r>
          </w:p>
        </w:tc>
        <w:tc>
          <w:tcPr>
            <w:tcW w:w="1759" w:type="dxa"/>
          </w:tcPr>
          <w:p w:rsidR="00606B81" w:rsidRDefault="00606B81" w:rsidP="00606B81">
            <w:r>
              <w:t>Umer</w:t>
            </w:r>
          </w:p>
        </w:tc>
        <w:tc>
          <w:tcPr>
            <w:tcW w:w="1501" w:type="dxa"/>
          </w:tcPr>
          <w:p w:rsidR="00606B81" w:rsidRDefault="00606B81" w:rsidP="00606B81">
            <w:r>
              <w:t>Srinagar</w:t>
            </w:r>
          </w:p>
        </w:tc>
        <w:tc>
          <w:tcPr>
            <w:tcW w:w="1769" w:type="dxa"/>
          </w:tcPr>
          <w:p w:rsidR="00606B81" w:rsidRDefault="00606B81" w:rsidP="00606B81">
            <w:r>
              <w:t>5364-1770-6477</w:t>
            </w:r>
          </w:p>
        </w:tc>
        <w:tc>
          <w:tcPr>
            <w:tcW w:w="1672" w:type="dxa"/>
          </w:tcPr>
          <w:p w:rsidR="00606B81" w:rsidRDefault="00606B81" w:rsidP="00606B81">
            <w:r>
              <w:t>9641618298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109</w:t>
            </w:r>
          </w:p>
        </w:tc>
        <w:tc>
          <w:tcPr>
            <w:tcW w:w="1759" w:type="dxa"/>
          </w:tcPr>
          <w:p w:rsidR="00606B81" w:rsidRDefault="00606B81" w:rsidP="00606B81">
            <w:r>
              <w:t>Gulshan Akhter</w:t>
            </w:r>
          </w:p>
        </w:tc>
        <w:tc>
          <w:tcPr>
            <w:tcW w:w="1501" w:type="dxa"/>
          </w:tcPr>
          <w:p w:rsidR="00606B81" w:rsidRDefault="00606B81" w:rsidP="00606B81">
            <w:r>
              <w:t>Tral</w:t>
            </w:r>
          </w:p>
        </w:tc>
        <w:tc>
          <w:tcPr>
            <w:tcW w:w="1769" w:type="dxa"/>
          </w:tcPr>
          <w:p w:rsidR="00606B81" w:rsidRDefault="00606B81" w:rsidP="00606B81">
            <w:r>
              <w:t>7474-3774-3879</w:t>
            </w:r>
          </w:p>
        </w:tc>
        <w:tc>
          <w:tcPr>
            <w:tcW w:w="1672" w:type="dxa"/>
          </w:tcPr>
          <w:p w:rsidR="00606B81" w:rsidRDefault="00606B81" w:rsidP="00606B81">
            <w:r>
              <w:t>7006807856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110</w:t>
            </w:r>
          </w:p>
        </w:tc>
        <w:tc>
          <w:tcPr>
            <w:tcW w:w="1759" w:type="dxa"/>
          </w:tcPr>
          <w:p w:rsidR="00606B81" w:rsidRDefault="00606B81" w:rsidP="00606B81">
            <w:r>
              <w:t>Humaira Assad</w:t>
            </w:r>
          </w:p>
        </w:tc>
        <w:tc>
          <w:tcPr>
            <w:tcW w:w="1501" w:type="dxa"/>
          </w:tcPr>
          <w:p w:rsidR="00606B81" w:rsidRDefault="00606B81" w:rsidP="00606B81">
            <w:r>
              <w:t>Bijbehara</w:t>
            </w:r>
          </w:p>
        </w:tc>
        <w:tc>
          <w:tcPr>
            <w:tcW w:w="1769" w:type="dxa"/>
          </w:tcPr>
          <w:p w:rsidR="00606B81" w:rsidRDefault="00606B81" w:rsidP="00606B81">
            <w:r>
              <w:t>3819-3169-6996</w:t>
            </w:r>
          </w:p>
        </w:tc>
        <w:tc>
          <w:tcPr>
            <w:tcW w:w="1672" w:type="dxa"/>
          </w:tcPr>
          <w:p w:rsidR="00606B81" w:rsidRDefault="00606B81" w:rsidP="00606B81">
            <w:r>
              <w:t>7006337831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111</w:t>
            </w:r>
          </w:p>
        </w:tc>
        <w:tc>
          <w:tcPr>
            <w:tcW w:w="1759" w:type="dxa"/>
          </w:tcPr>
          <w:p w:rsidR="00606B81" w:rsidRDefault="00606B81" w:rsidP="00606B81">
            <w:r>
              <w:t>Shahid Bukhari</w:t>
            </w:r>
          </w:p>
        </w:tc>
        <w:tc>
          <w:tcPr>
            <w:tcW w:w="1501" w:type="dxa"/>
          </w:tcPr>
          <w:p w:rsidR="00606B81" w:rsidRDefault="00606B81" w:rsidP="00606B81"/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706618566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112</w:t>
            </w:r>
          </w:p>
        </w:tc>
        <w:tc>
          <w:tcPr>
            <w:tcW w:w="1759" w:type="dxa"/>
          </w:tcPr>
          <w:p w:rsidR="00606B81" w:rsidRDefault="00606B81" w:rsidP="00606B81">
            <w:r>
              <w:t>Muzaffar Ah</w:t>
            </w:r>
          </w:p>
        </w:tc>
        <w:tc>
          <w:tcPr>
            <w:tcW w:w="1501" w:type="dxa"/>
          </w:tcPr>
          <w:p w:rsidR="00606B81" w:rsidRDefault="00606B81" w:rsidP="00606B81">
            <w:r>
              <w:t>Redwani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7186-2234-2650</w:t>
            </w:r>
          </w:p>
        </w:tc>
        <w:tc>
          <w:tcPr>
            <w:tcW w:w="1672" w:type="dxa"/>
          </w:tcPr>
          <w:p w:rsidR="00606B81" w:rsidRDefault="00606B81" w:rsidP="00606B81">
            <w:r>
              <w:t>7780966905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113</w:t>
            </w:r>
          </w:p>
        </w:tc>
        <w:tc>
          <w:tcPr>
            <w:tcW w:w="1759" w:type="dxa"/>
          </w:tcPr>
          <w:p w:rsidR="00606B81" w:rsidRDefault="00606B81" w:rsidP="00606B81">
            <w:r>
              <w:t>M. Shafi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4563-9516-7674</w:t>
            </w:r>
          </w:p>
        </w:tc>
        <w:tc>
          <w:tcPr>
            <w:tcW w:w="1672" w:type="dxa"/>
          </w:tcPr>
          <w:p w:rsidR="00606B81" w:rsidRDefault="00606B81" w:rsidP="00606B81">
            <w:r>
              <w:t>9419714395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114</w:t>
            </w:r>
          </w:p>
        </w:tc>
        <w:tc>
          <w:tcPr>
            <w:tcW w:w="1759" w:type="dxa"/>
          </w:tcPr>
          <w:p w:rsidR="00606B81" w:rsidRDefault="00606B81" w:rsidP="00606B81">
            <w:r>
              <w:t>layeeq Ah.</w:t>
            </w:r>
          </w:p>
        </w:tc>
        <w:tc>
          <w:tcPr>
            <w:tcW w:w="1501" w:type="dxa"/>
          </w:tcPr>
          <w:p w:rsidR="00606B81" w:rsidRDefault="00606B81" w:rsidP="00606B81">
            <w:r>
              <w:t>Anantnag</w:t>
            </w:r>
          </w:p>
        </w:tc>
        <w:tc>
          <w:tcPr>
            <w:tcW w:w="1769" w:type="dxa"/>
          </w:tcPr>
          <w:p w:rsidR="00606B81" w:rsidRDefault="00606B81" w:rsidP="00606B81">
            <w:r>
              <w:t>2282-0358-1396</w:t>
            </w:r>
          </w:p>
        </w:tc>
        <w:tc>
          <w:tcPr>
            <w:tcW w:w="1672" w:type="dxa"/>
          </w:tcPr>
          <w:p w:rsidR="00606B81" w:rsidRDefault="00606B81" w:rsidP="00606B81">
            <w:r>
              <w:t>889981861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115</w:t>
            </w:r>
          </w:p>
        </w:tc>
        <w:tc>
          <w:tcPr>
            <w:tcW w:w="1759" w:type="dxa"/>
          </w:tcPr>
          <w:p w:rsidR="00606B81" w:rsidRDefault="00606B81" w:rsidP="00606B81">
            <w:r>
              <w:t>Aijaz Ah.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9906879498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116</w:t>
            </w:r>
          </w:p>
        </w:tc>
        <w:tc>
          <w:tcPr>
            <w:tcW w:w="1759" w:type="dxa"/>
          </w:tcPr>
          <w:p w:rsidR="00606B81" w:rsidRDefault="00606B81" w:rsidP="00606B81">
            <w:r>
              <w:t>Sandeep Singh</w:t>
            </w:r>
          </w:p>
        </w:tc>
        <w:tc>
          <w:tcPr>
            <w:tcW w:w="1501" w:type="dxa"/>
          </w:tcPr>
          <w:p w:rsidR="00606B81" w:rsidRDefault="00606B81" w:rsidP="00606B81">
            <w:r>
              <w:t>Zaldoora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9858404343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117</w:t>
            </w:r>
          </w:p>
        </w:tc>
        <w:tc>
          <w:tcPr>
            <w:tcW w:w="1759" w:type="dxa"/>
          </w:tcPr>
          <w:p w:rsidR="00606B81" w:rsidRDefault="00606B81" w:rsidP="00606B81">
            <w:r>
              <w:t>M. Iqbal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2128-4162-1041</w:t>
            </w:r>
          </w:p>
        </w:tc>
        <w:tc>
          <w:tcPr>
            <w:tcW w:w="1672" w:type="dxa"/>
          </w:tcPr>
          <w:p w:rsidR="00606B81" w:rsidRDefault="00606B81" w:rsidP="00606B81">
            <w:r>
              <w:t>9622515542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118</w:t>
            </w:r>
          </w:p>
        </w:tc>
        <w:tc>
          <w:tcPr>
            <w:tcW w:w="1759" w:type="dxa"/>
          </w:tcPr>
          <w:p w:rsidR="00606B81" w:rsidRDefault="00606B81" w:rsidP="00606B81">
            <w:r>
              <w:t>G.M. Pandith</w:t>
            </w:r>
          </w:p>
        </w:tc>
        <w:tc>
          <w:tcPr>
            <w:tcW w:w="1501" w:type="dxa"/>
          </w:tcPr>
          <w:p w:rsidR="00606B81" w:rsidRDefault="00606B81" w:rsidP="00606B81">
            <w:r>
              <w:t>Mattan</w:t>
            </w:r>
          </w:p>
        </w:tc>
        <w:tc>
          <w:tcPr>
            <w:tcW w:w="1769" w:type="dxa"/>
          </w:tcPr>
          <w:p w:rsidR="00606B81" w:rsidRDefault="00606B81" w:rsidP="00606B81">
            <w:r>
              <w:t>5457-7834-1784</w:t>
            </w:r>
          </w:p>
        </w:tc>
        <w:tc>
          <w:tcPr>
            <w:tcW w:w="1672" w:type="dxa"/>
          </w:tcPr>
          <w:p w:rsidR="00606B81" w:rsidRDefault="00606B81" w:rsidP="00606B81">
            <w:r>
              <w:t>9469767340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119</w:t>
            </w:r>
          </w:p>
        </w:tc>
        <w:tc>
          <w:tcPr>
            <w:tcW w:w="1759" w:type="dxa"/>
          </w:tcPr>
          <w:p w:rsidR="00606B81" w:rsidRDefault="00606B81" w:rsidP="00606B81">
            <w:r>
              <w:t>M. Arif Dar</w:t>
            </w:r>
          </w:p>
        </w:tc>
        <w:tc>
          <w:tcPr>
            <w:tcW w:w="1501" w:type="dxa"/>
          </w:tcPr>
          <w:p w:rsidR="00606B81" w:rsidRDefault="00606B81" w:rsidP="00606B81">
            <w:r>
              <w:t>Rahpora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9596442688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120</w:t>
            </w:r>
          </w:p>
        </w:tc>
        <w:tc>
          <w:tcPr>
            <w:tcW w:w="1759" w:type="dxa"/>
          </w:tcPr>
          <w:p w:rsidR="00606B81" w:rsidRDefault="00606B81" w:rsidP="00606B81">
            <w:r>
              <w:t>Musaib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4004-4287-6993</w:t>
            </w:r>
          </w:p>
        </w:tc>
        <w:tc>
          <w:tcPr>
            <w:tcW w:w="1672" w:type="dxa"/>
          </w:tcPr>
          <w:p w:rsidR="00606B81" w:rsidRDefault="00606B81" w:rsidP="00606B81">
            <w:r>
              <w:t>9596442685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121</w:t>
            </w:r>
          </w:p>
        </w:tc>
        <w:tc>
          <w:tcPr>
            <w:tcW w:w="1759" w:type="dxa"/>
          </w:tcPr>
          <w:p w:rsidR="00606B81" w:rsidRDefault="00606B81" w:rsidP="00606B81">
            <w:r>
              <w:t>M. Amaan</w:t>
            </w:r>
          </w:p>
        </w:tc>
        <w:tc>
          <w:tcPr>
            <w:tcW w:w="1501" w:type="dxa"/>
          </w:tcPr>
          <w:p w:rsidR="00606B81" w:rsidRDefault="00606B81" w:rsidP="00606B81">
            <w:r>
              <w:t>Pampore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122</w:t>
            </w:r>
          </w:p>
        </w:tc>
        <w:tc>
          <w:tcPr>
            <w:tcW w:w="1759" w:type="dxa"/>
          </w:tcPr>
          <w:p w:rsidR="00606B81" w:rsidRDefault="00606B81" w:rsidP="00606B81">
            <w:r>
              <w:t>Showkat Ali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5268-6281-9883</w:t>
            </w:r>
          </w:p>
        </w:tc>
        <w:tc>
          <w:tcPr>
            <w:tcW w:w="1672" w:type="dxa"/>
          </w:tcPr>
          <w:p w:rsidR="00606B81" w:rsidRDefault="00606B81" w:rsidP="00606B81">
            <w:r>
              <w:t>8899909224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123</w:t>
            </w:r>
          </w:p>
        </w:tc>
        <w:tc>
          <w:tcPr>
            <w:tcW w:w="1759" w:type="dxa"/>
          </w:tcPr>
          <w:p w:rsidR="00606B81" w:rsidRDefault="00606B81" w:rsidP="00606B81">
            <w:r>
              <w:t>Ab. Mateen Shah</w:t>
            </w:r>
          </w:p>
        </w:tc>
        <w:tc>
          <w:tcPr>
            <w:tcW w:w="1501" w:type="dxa"/>
          </w:tcPr>
          <w:p w:rsidR="00606B81" w:rsidRDefault="00606B81" w:rsidP="00606B81">
            <w:r>
              <w:t>Shopian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124</w:t>
            </w:r>
          </w:p>
        </w:tc>
        <w:tc>
          <w:tcPr>
            <w:tcW w:w="1759" w:type="dxa"/>
          </w:tcPr>
          <w:p w:rsidR="00606B81" w:rsidRDefault="00606B81" w:rsidP="00606B81">
            <w:r>
              <w:t>M. Abass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125</w:t>
            </w:r>
          </w:p>
        </w:tc>
        <w:tc>
          <w:tcPr>
            <w:tcW w:w="1759" w:type="dxa"/>
          </w:tcPr>
          <w:p w:rsidR="00606B81" w:rsidRDefault="00606B81" w:rsidP="00606B81">
            <w:r>
              <w:t>Tariq Ali Shah</w:t>
            </w:r>
          </w:p>
        </w:tc>
        <w:tc>
          <w:tcPr>
            <w:tcW w:w="1501" w:type="dxa"/>
          </w:tcPr>
          <w:p w:rsidR="00606B81" w:rsidRDefault="00606B81" w:rsidP="00606B81">
            <w:r>
              <w:t>Pulwama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126</w:t>
            </w:r>
          </w:p>
        </w:tc>
        <w:tc>
          <w:tcPr>
            <w:tcW w:w="1759" w:type="dxa"/>
          </w:tcPr>
          <w:p w:rsidR="00606B81" w:rsidRDefault="00606B81" w:rsidP="00606B81">
            <w:r>
              <w:t>Waseem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127</w:t>
            </w:r>
          </w:p>
        </w:tc>
        <w:tc>
          <w:tcPr>
            <w:tcW w:w="1759" w:type="dxa"/>
          </w:tcPr>
          <w:p w:rsidR="00606B81" w:rsidRDefault="00606B81" w:rsidP="00606B81">
            <w:r>
              <w:t>Shabir Ah.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128</w:t>
            </w:r>
          </w:p>
        </w:tc>
        <w:tc>
          <w:tcPr>
            <w:tcW w:w="1759" w:type="dxa"/>
          </w:tcPr>
          <w:p w:rsidR="00606B81" w:rsidRDefault="00606B81" w:rsidP="00606B81">
            <w:r>
              <w:t>M. Maqbool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129</w:t>
            </w:r>
          </w:p>
        </w:tc>
        <w:tc>
          <w:tcPr>
            <w:tcW w:w="1759" w:type="dxa"/>
          </w:tcPr>
          <w:p w:rsidR="00606B81" w:rsidRDefault="00606B81" w:rsidP="00606B81">
            <w:r>
              <w:t>Mudasir Ali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130</w:t>
            </w:r>
          </w:p>
        </w:tc>
        <w:tc>
          <w:tcPr>
            <w:tcW w:w="1759" w:type="dxa"/>
          </w:tcPr>
          <w:p w:rsidR="00606B81" w:rsidRDefault="00606B81" w:rsidP="00606B81">
            <w:r>
              <w:t>Zaheer Abas</w:t>
            </w:r>
          </w:p>
        </w:tc>
        <w:tc>
          <w:tcPr>
            <w:tcW w:w="1501" w:type="dxa"/>
          </w:tcPr>
          <w:p w:rsidR="00606B81" w:rsidRDefault="00606B81" w:rsidP="00606B81">
            <w:r>
              <w:t>Kaimoh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lastRenderedPageBreak/>
              <w:t>131</w:t>
            </w:r>
          </w:p>
        </w:tc>
        <w:tc>
          <w:tcPr>
            <w:tcW w:w="1759" w:type="dxa"/>
          </w:tcPr>
          <w:p w:rsidR="00606B81" w:rsidRDefault="00606B81" w:rsidP="00606B81">
            <w:r>
              <w:t>Gulam Mohd</w:t>
            </w:r>
          </w:p>
        </w:tc>
        <w:tc>
          <w:tcPr>
            <w:tcW w:w="1501" w:type="dxa"/>
          </w:tcPr>
          <w:p w:rsidR="00606B81" w:rsidRDefault="00606B81" w:rsidP="00606B81">
            <w:r>
              <w:t>Mattan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132</w:t>
            </w:r>
          </w:p>
        </w:tc>
        <w:tc>
          <w:tcPr>
            <w:tcW w:w="1759" w:type="dxa"/>
          </w:tcPr>
          <w:p w:rsidR="00606B81" w:rsidRDefault="00606B81" w:rsidP="00606B81">
            <w:r>
              <w:t>Ab. Aziz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133</w:t>
            </w:r>
          </w:p>
        </w:tc>
        <w:tc>
          <w:tcPr>
            <w:tcW w:w="1759" w:type="dxa"/>
          </w:tcPr>
          <w:p w:rsidR="00606B81" w:rsidRDefault="00606B81" w:rsidP="00606B81">
            <w:r>
              <w:t>Nasir Ah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9333-1787-9786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9797715115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134</w:t>
            </w:r>
          </w:p>
        </w:tc>
        <w:tc>
          <w:tcPr>
            <w:tcW w:w="1759" w:type="dxa"/>
          </w:tcPr>
          <w:p w:rsidR="00606B81" w:rsidRDefault="00606B81" w:rsidP="00606B81">
            <w:r>
              <w:t>Ab Gani Shah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2152-7061-0589</w:t>
            </w:r>
          </w:p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135</w:t>
            </w:r>
          </w:p>
        </w:tc>
        <w:tc>
          <w:tcPr>
            <w:tcW w:w="1759" w:type="dxa"/>
          </w:tcPr>
          <w:p w:rsidR="00606B81" w:rsidRDefault="00606B81" w:rsidP="00606B81">
            <w:r>
              <w:t>M. Ab.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7468-9225-6919</w:t>
            </w:r>
          </w:p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136</w:t>
            </w:r>
          </w:p>
        </w:tc>
        <w:tc>
          <w:tcPr>
            <w:tcW w:w="1759" w:type="dxa"/>
          </w:tcPr>
          <w:p w:rsidR="00606B81" w:rsidRDefault="00606B81" w:rsidP="00606B81">
            <w:r>
              <w:t>M. Ayoub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4395-8949-2272</w:t>
            </w:r>
          </w:p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137</w:t>
            </w:r>
          </w:p>
        </w:tc>
        <w:tc>
          <w:tcPr>
            <w:tcW w:w="1759" w:type="dxa"/>
          </w:tcPr>
          <w:p w:rsidR="00606B81" w:rsidRDefault="00606B81" w:rsidP="00606B81">
            <w:r>
              <w:t>M. Rehman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9867-4652-1457</w:t>
            </w:r>
          </w:p>
        </w:tc>
        <w:tc>
          <w:tcPr>
            <w:tcW w:w="1672" w:type="dxa"/>
          </w:tcPr>
          <w:p w:rsidR="00606B81" w:rsidRDefault="00606B81" w:rsidP="00606B81">
            <w:r>
              <w:t>9596026115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138</w:t>
            </w:r>
          </w:p>
        </w:tc>
        <w:tc>
          <w:tcPr>
            <w:tcW w:w="1759" w:type="dxa"/>
          </w:tcPr>
          <w:p w:rsidR="00606B81" w:rsidRDefault="00606B81" w:rsidP="00606B81">
            <w:r>
              <w:t>Ab Rehman Ganie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7231-2832-3711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9906815844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139</w:t>
            </w:r>
          </w:p>
        </w:tc>
        <w:tc>
          <w:tcPr>
            <w:tcW w:w="1759" w:type="dxa"/>
          </w:tcPr>
          <w:p w:rsidR="00606B81" w:rsidRDefault="00606B81" w:rsidP="00606B81">
            <w:r>
              <w:t>Aijaz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9039-2801-6256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9797714452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140</w:t>
            </w:r>
          </w:p>
        </w:tc>
        <w:tc>
          <w:tcPr>
            <w:tcW w:w="1759" w:type="dxa"/>
          </w:tcPr>
          <w:p w:rsidR="00606B81" w:rsidRDefault="00606B81" w:rsidP="00606B81">
            <w:r>
              <w:t>Sajad Ah. Rah</w:t>
            </w:r>
          </w:p>
        </w:tc>
        <w:tc>
          <w:tcPr>
            <w:tcW w:w="1501" w:type="dxa"/>
          </w:tcPr>
          <w:p w:rsidR="00606B81" w:rsidRDefault="00606B81" w:rsidP="00606B81">
            <w:r>
              <w:t>Rahpora</w:t>
            </w:r>
          </w:p>
        </w:tc>
        <w:tc>
          <w:tcPr>
            <w:tcW w:w="1769" w:type="dxa"/>
          </w:tcPr>
          <w:p w:rsidR="00606B81" w:rsidRDefault="00606B81" w:rsidP="00606B81">
            <w:r>
              <w:t>4981-2874-9996</w:t>
            </w:r>
          </w:p>
        </w:tc>
        <w:tc>
          <w:tcPr>
            <w:tcW w:w="1672" w:type="dxa"/>
          </w:tcPr>
          <w:p w:rsidR="00606B81" w:rsidRDefault="00606B81" w:rsidP="00606B81">
            <w:r>
              <w:t>9866741151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141</w:t>
            </w:r>
          </w:p>
        </w:tc>
        <w:tc>
          <w:tcPr>
            <w:tcW w:w="1759" w:type="dxa"/>
          </w:tcPr>
          <w:p w:rsidR="00606B81" w:rsidRDefault="00606B81" w:rsidP="00606B81">
            <w:r>
              <w:t>M. Hussain Dar</w:t>
            </w:r>
          </w:p>
        </w:tc>
        <w:tc>
          <w:tcPr>
            <w:tcW w:w="1501" w:type="dxa"/>
          </w:tcPr>
          <w:p w:rsidR="00606B81" w:rsidRDefault="00606B81" w:rsidP="00606B81">
            <w:r>
              <w:t>Redwani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6523-6751-4867</w:t>
            </w:r>
          </w:p>
        </w:tc>
        <w:tc>
          <w:tcPr>
            <w:tcW w:w="1672" w:type="dxa"/>
          </w:tcPr>
          <w:p w:rsidR="00606B81" w:rsidRDefault="00606B81" w:rsidP="00606B81">
            <w:r>
              <w:t>95416102256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142</w:t>
            </w:r>
          </w:p>
        </w:tc>
        <w:tc>
          <w:tcPr>
            <w:tcW w:w="1759" w:type="dxa"/>
          </w:tcPr>
          <w:p w:rsidR="00606B81" w:rsidRDefault="00606B81" w:rsidP="00606B81">
            <w:r>
              <w:t>Reyas Ah. Sofi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2613-4853-0418</w:t>
            </w:r>
          </w:p>
        </w:tc>
        <w:tc>
          <w:tcPr>
            <w:tcW w:w="1672" w:type="dxa"/>
          </w:tcPr>
          <w:p w:rsidR="00606B81" w:rsidRDefault="00606B81" w:rsidP="00606B81">
            <w:r>
              <w:t>9542278521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143</w:t>
            </w:r>
          </w:p>
        </w:tc>
        <w:tc>
          <w:tcPr>
            <w:tcW w:w="1759" w:type="dxa"/>
          </w:tcPr>
          <w:p w:rsidR="00606B81" w:rsidRDefault="00606B81" w:rsidP="00606B81">
            <w:r>
              <w:t>Sabzar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4626-09354041</w:t>
            </w:r>
          </w:p>
        </w:tc>
        <w:tc>
          <w:tcPr>
            <w:tcW w:w="1672" w:type="dxa"/>
          </w:tcPr>
          <w:p w:rsidR="00606B81" w:rsidRDefault="00606B81" w:rsidP="00606B81">
            <w:r>
              <w:t>9866741151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144</w:t>
            </w:r>
          </w:p>
        </w:tc>
        <w:tc>
          <w:tcPr>
            <w:tcW w:w="1759" w:type="dxa"/>
          </w:tcPr>
          <w:p w:rsidR="00606B81" w:rsidRDefault="00606B81" w:rsidP="00606B81">
            <w:r>
              <w:t>M Yousuf Mattoo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>
            <w:r>
              <w:t>9797169554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145</w:t>
            </w:r>
          </w:p>
        </w:tc>
        <w:tc>
          <w:tcPr>
            <w:tcW w:w="1759" w:type="dxa"/>
          </w:tcPr>
          <w:p w:rsidR="00606B81" w:rsidRDefault="00606B81" w:rsidP="00606B81">
            <w:r>
              <w:t>Nazir Ah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9333-1787-9786</w:t>
            </w:r>
          </w:p>
        </w:tc>
        <w:tc>
          <w:tcPr>
            <w:tcW w:w="1672" w:type="dxa"/>
          </w:tcPr>
          <w:p w:rsidR="00606B81" w:rsidRDefault="00606B81" w:rsidP="00606B81">
            <w:r>
              <w:t>97970260853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146</w:t>
            </w:r>
          </w:p>
        </w:tc>
        <w:tc>
          <w:tcPr>
            <w:tcW w:w="1759" w:type="dxa"/>
          </w:tcPr>
          <w:p w:rsidR="00606B81" w:rsidRDefault="00606B81" w:rsidP="00606B81">
            <w:r>
              <w:t>Gh  Jeelani</w:t>
            </w:r>
          </w:p>
        </w:tc>
        <w:tc>
          <w:tcPr>
            <w:tcW w:w="1501" w:type="dxa"/>
          </w:tcPr>
          <w:p w:rsidR="00606B81" w:rsidRDefault="00606B81" w:rsidP="00606B81">
            <w:r>
              <w:t>Harnag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147</w:t>
            </w:r>
          </w:p>
        </w:tc>
        <w:tc>
          <w:tcPr>
            <w:tcW w:w="1759" w:type="dxa"/>
          </w:tcPr>
          <w:p w:rsidR="00606B81" w:rsidRDefault="00606B81" w:rsidP="00606B81">
            <w:r>
              <w:t>Zujeela</w:t>
            </w:r>
          </w:p>
        </w:tc>
        <w:tc>
          <w:tcPr>
            <w:tcW w:w="1501" w:type="dxa"/>
          </w:tcPr>
          <w:p w:rsidR="00606B81" w:rsidRDefault="00606B81" w:rsidP="00606B81">
            <w:r>
              <w:t>Chowalgam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148</w:t>
            </w:r>
          </w:p>
        </w:tc>
        <w:tc>
          <w:tcPr>
            <w:tcW w:w="1759" w:type="dxa"/>
          </w:tcPr>
          <w:p w:rsidR="00606B81" w:rsidRDefault="00606B81" w:rsidP="00606B81">
            <w:r>
              <w:t>M. Ashraf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149</w:t>
            </w:r>
          </w:p>
        </w:tc>
        <w:tc>
          <w:tcPr>
            <w:tcW w:w="1759" w:type="dxa"/>
          </w:tcPr>
          <w:p w:rsidR="00606B81" w:rsidRDefault="00606B81" w:rsidP="00606B81">
            <w:r>
              <w:t>Safeer Ah.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150</w:t>
            </w:r>
          </w:p>
        </w:tc>
        <w:tc>
          <w:tcPr>
            <w:tcW w:w="1759" w:type="dxa"/>
          </w:tcPr>
          <w:p w:rsidR="00606B81" w:rsidRDefault="00606B81" w:rsidP="00606B81">
            <w:r>
              <w:t>Basharat Bashir</w:t>
            </w:r>
          </w:p>
        </w:tc>
        <w:tc>
          <w:tcPr>
            <w:tcW w:w="1501" w:type="dxa"/>
          </w:tcPr>
          <w:p w:rsidR="00606B81" w:rsidRDefault="00606B81" w:rsidP="00606B81">
            <w:r>
              <w:t>Baramulla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151</w:t>
            </w:r>
          </w:p>
        </w:tc>
        <w:tc>
          <w:tcPr>
            <w:tcW w:w="1759" w:type="dxa"/>
          </w:tcPr>
          <w:p w:rsidR="00606B81" w:rsidRDefault="00606B81" w:rsidP="00606B81">
            <w:r>
              <w:t>Javeed Bhat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152</w:t>
            </w:r>
          </w:p>
        </w:tc>
        <w:tc>
          <w:tcPr>
            <w:tcW w:w="1759" w:type="dxa"/>
          </w:tcPr>
          <w:p w:rsidR="00606B81" w:rsidRDefault="00606B81" w:rsidP="00606B81">
            <w:r>
              <w:t>Mubarak Ah</w:t>
            </w:r>
          </w:p>
        </w:tc>
        <w:tc>
          <w:tcPr>
            <w:tcW w:w="1501" w:type="dxa"/>
          </w:tcPr>
          <w:p w:rsidR="00606B81" w:rsidRDefault="00606B81" w:rsidP="00606B81">
            <w:r>
              <w:t>Shopian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153</w:t>
            </w:r>
          </w:p>
        </w:tc>
        <w:tc>
          <w:tcPr>
            <w:tcW w:w="1759" w:type="dxa"/>
          </w:tcPr>
          <w:p w:rsidR="00606B81" w:rsidRDefault="00606B81" w:rsidP="00606B81">
            <w:r>
              <w:t>Sheeraz Ah.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154</w:t>
            </w:r>
          </w:p>
        </w:tc>
        <w:tc>
          <w:tcPr>
            <w:tcW w:w="1759" w:type="dxa"/>
          </w:tcPr>
          <w:p w:rsidR="00606B81" w:rsidRDefault="00606B81" w:rsidP="00606B81">
            <w:r>
              <w:t xml:space="preserve">Gayas 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155</w:t>
            </w:r>
          </w:p>
        </w:tc>
        <w:tc>
          <w:tcPr>
            <w:tcW w:w="1759" w:type="dxa"/>
          </w:tcPr>
          <w:p w:rsidR="00606B81" w:rsidRDefault="00606B81" w:rsidP="00606B81">
            <w:r>
              <w:t>Mukhtar Ah</w:t>
            </w:r>
          </w:p>
        </w:tc>
        <w:tc>
          <w:tcPr>
            <w:tcW w:w="1501" w:type="dxa"/>
          </w:tcPr>
          <w:p w:rsidR="00606B81" w:rsidRDefault="00606B81" w:rsidP="00606B81">
            <w:r>
              <w:t>Mir bazar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156</w:t>
            </w:r>
          </w:p>
        </w:tc>
        <w:tc>
          <w:tcPr>
            <w:tcW w:w="1759" w:type="dxa"/>
          </w:tcPr>
          <w:p w:rsidR="00606B81" w:rsidRDefault="00606B81" w:rsidP="00606B81">
            <w:r>
              <w:t>Parvaiz Ah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157</w:t>
            </w:r>
          </w:p>
        </w:tc>
        <w:tc>
          <w:tcPr>
            <w:tcW w:w="1759" w:type="dxa"/>
          </w:tcPr>
          <w:p w:rsidR="00606B81" w:rsidRDefault="00606B81" w:rsidP="00606B81">
            <w:r>
              <w:t>Sajad Ah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158</w:t>
            </w:r>
          </w:p>
        </w:tc>
        <w:tc>
          <w:tcPr>
            <w:tcW w:w="1759" w:type="dxa"/>
          </w:tcPr>
          <w:p w:rsidR="00606B81" w:rsidRDefault="00606B81" w:rsidP="00606B81">
            <w:r>
              <w:t>Ajeet</w:t>
            </w:r>
          </w:p>
        </w:tc>
        <w:tc>
          <w:tcPr>
            <w:tcW w:w="1501" w:type="dxa"/>
          </w:tcPr>
          <w:p w:rsidR="00606B81" w:rsidRDefault="00606B81" w:rsidP="00606B81">
            <w:r>
              <w:t>Jammu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159</w:t>
            </w:r>
          </w:p>
        </w:tc>
        <w:tc>
          <w:tcPr>
            <w:tcW w:w="1759" w:type="dxa"/>
          </w:tcPr>
          <w:p w:rsidR="00606B81" w:rsidRDefault="00606B81" w:rsidP="00606B81">
            <w:r>
              <w:t>Sakib Farooq</w:t>
            </w:r>
          </w:p>
        </w:tc>
        <w:tc>
          <w:tcPr>
            <w:tcW w:w="1501" w:type="dxa"/>
          </w:tcPr>
          <w:p w:rsidR="00606B81" w:rsidRDefault="00606B81" w:rsidP="00606B81">
            <w:r>
              <w:t>Kulgam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160</w:t>
            </w:r>
          </w:p>
        </w:tc>
        <w:tc>
          <w:tcPr>
            <w:tcW w:w="1759" w:type="dxa"/>
          </w:tcPr>
          <w:p w:rsidR="00606B81" w:rsidRDefault="00606B81" w:rsidP="00606B81">
            <w:r>
              <w:t>Zubair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161</w:t>
            </w:r>
          </w:p>
        </w:tc>
        <w:tc>
          <w:tcPr>
            <w:tcW w:w="1759" w:type="dxa"/>
          </w:tcPr>
          <w:p w:rsidR="00606B81" w:rsidRDefault="00606B81" w:rsidP="00606B81">
            <w:r>
              <w:t>Farooq Ah. Wani</w:t>
            </w:r>
          </w:p>
        </w:tc>
        <w:tc>
          <w:tcPr>
            <w:tcW w:w="1501" w:type="dxa"/>
          </w:tcPr>
          <w:p w:rsidR="00606B81" w:rsidRDefault="00606B81" w:rsidP="00606B81">
            <w:r>
              <w:t>Wanigund</w:t>
            </w:r>
          </w:p>
        </w:tc>
        <w:tc>
          <w:tcPr>
            <w:tcW w:w="1769" w:type="dxa"/>
          </w:tcPr>
          <w:p w:rsidR="00606B81" w:rsidRDefault="00606B81" w:rsidP="00606B81">
            <w:r>
              <w:t>3172-1206-3813</w:t>
            </w:r>
          </w:p>
        </w:tc>
        <w:tc>
          <w:tcPr>
            <w:tcW w:w="1672" w:type="dxa"/>
          </w:tcPr>
          <w:p w:rsidR="00606B81" w:rsidRDefault="00606B81" w:rsidP="00606B81">
            <w:r>
              <w:t>9906802200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162</w:t>
            </w:r>
          </w:p>
        </w:tc>
        <w:tc>
          <w:tcPr>
            <w:tcW w:w="1759" w:type="dxa"/>
          </w:tcPr>
          <w:p w:rsidR="00606B81" w:rsidRDefault="00606B81" w:rsidP="00606B81">
            <w:r>
              <w:t>Ab. Salam Sheikh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2656-5228-4736</w:t>
            </w:r>
          </w:p>
        </w:tc>
        <w:tc>
          <w:tcPr>
            <w:tcW w:w="1672" w:type="dxa"/>
          </w:tcPr>
          <w:p w:rsidR="00606B81" w:rsidRDefault="00606B81" w:rsidP="00606B81">
            <w:r>
              <w:t>9697336438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163</w:t>
            </w:r>
          </w:p>
        </w:tc>
        <w:tc>
          <w:tcPr>
            <w:tcW w:w="1759" w:type="dxa"/>
          </w:tcPr>
          <w:p w:rsidR="00606B81" w:rsidRDefault="00606B81" w:rsidP="00606B81">
            <w:r>
              <w:t>Tariq Ah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4219-3353-8944</w:t>
            </w:r>
          </w:p>
        </w:tc>
        <w:tc>
          <w:tcPr>
            <w:tcW w:w="1672" w:type="dxa"/>
          </w:tcPr>
          <w:p w:rsidR="00606B81" w:rsidRDefault="00606B81" w:rsidP="00606B81">
            <w:r>
              <w:t>9622164124</w:t>
            </w:r>
          </w:p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164</w:t>
            </w:r>
          </w:p>
        </w:tc>
        <w:tc>
          <w:tcPr>
            <w:tcW w:w="1759" w:type="dxa"/>
          </w:tcPr>
          <w:p w:rsidR="00606B81" w:rsidRDefault="00606B81" w:rsidP="00606B81">
            <w:r>
              <w:t>Jan Mohd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/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165</w:t>
            </w:r>
          </w:p>
        </w:tc>
        <w:tc>
          <w:tcPr>
            <w:tcW w:w="1759" w:type="dxa"/>
          </w:tcPr>
          <w:p w:rsidR="00606B81" w:rsidRDefault="00606B81" w:rsidP="00606B81">
            <w:r>
              <w:t>Gul Mohd Shah</w:t>
            </w:r>
          </w:p>
        </w:tc>
        <w:tc>
          <w:tcPr>
            <w:tcW w:w="1501" w:type="dxa"/>
          </w:tcPr>
          <w:p w:rsidR="00606B81" w:rsidRDefault="00606B81" w:rsidP="00606B81">
            <w:r>
              <w:t>Tachloo</w:t>
            </w:r>
          </w:p>
        </w:tc>
        <w:tc>
          <w:tcPr>
            <w:tcW w:w="1769" w:type="dxa"/>
          </w:tcPr>
          <w:p w:rsidR="00606B81" w:rsidRDefault="00606B81" w:rsidP="00606B81">
            <w:r>
              <w:t>9387-8708-8493</w:t>
            </w:r>
          </w:p>
        </w:tc>
        <w:tc>
          <w:tcPr>
            <w:tcW w:w="1672" w:type="dxa"/>
          </w:tcPr>
          <w:p w:rsidR="00606B81" w:rsidRDefault="00606B81" w:rsidP="00606B81"/>
        </w:tc>
      </w:tr>
      <w:tr w:rsidR="00606B81" w:rsidTr="00606B81">
        <w:tc>
          <w:tcPr>
            <w:tcW w:w="1384" w:type="dxa"/>
          </w:tcPr>
          <w:p w:rsidR="00606B81" w:rsidRDefault="00606B81" w:rsidP="00606B81">
            <w:r>
              <w:t>166</w:t>
            </w:r>
          </w:p>
        </w:tc>
        <w:tc>
          <w:tcPr>
            <w:tcW w:w="1759" w:type="dxa"/>
          </w:tcPr>
          <w:p w:rsidR="00606B81" w:rsidRDefault="00606B81" w:rsidP="00606B81">
            <w:r>
              <w:t>Showkat Ah. Dar</w:t>
            </w:r>
          </w:p>
        </w:tc>
        <w:tc>
          <w:tcPr>
            <w:tcW w:w="1501" w:type="dxa"/>
          </w:tcPr>
          <w:p w:rsidR="00606B81" w:rsidRDefault="00606B81" w:rsidP="00606B81">
            <w:r>
              <w:t>Khudwani</w:t>
            </w:r>
          </w:p>
        </w:tc>
        <w:tc>
          <w:tcPr>
            <w:tcW w:w="1769" w:type="dxa"/>
          </w:tcPr>
          <w:p w:rsidR="00606B81" w:rsidRDefault="00606B81" w:rsidP="00606B81">
            <w:r>
              <w:t>5268-6281-9883</w:t>
            </w:r>
          </w:p>
        </w:tc>
        <w:tc>
          <w:tcPr>
            <w:tcW w:w="1672" w:type="dxa"/>
          </w:tcPr>
          <w:p w:rsidR="00606B81" w:rsidRDefault="00606B81" w:rsidP="00606B81">
            <w:r>
              <w:t>8899909229</w:t>
            </w:r>
          </w:p>
        </w:tc>
      </w:tr>
    </w:tbl>
    <w:p w:rsidR="00506387" w:rsidRDefault="00E92D7F"/>
    <w:sectPr w:rsidR="00506387" w:rsidSect="00606B81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5A3061"/>
    <w:multiLevelType w:val="hybridMultilevel"/>
    <w:tmpl w:val="B4906A86"/>
    <w:lvl w:ilvl="0" w:tplc="73761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573411B"/>
    <w:multiLevelType w:val="hybridMultilevel"/>
    <w:tmpl w:val="DFCAE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E6203D"/>
    <w:multiLevelType w:val="hybridMultilevel"/>
    <w:tmpl w:val="80C8FDB0"/>
    <w:lvl w:ilvl="0" w:tplc="845AF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C57CC7"/>
    <w:multiLevelType w:val="hybridMultilevel"/>
    <w:tmpl w:val="8424DB20"/>
    <w:lvl w:ilvl="0" w:tplc="EC1214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935429"/>
    <w:multiLevelType w:val="hybridMultilevel"/>
    <w:tmpl w:val="615C5CF4"/>
    <w:lvl w:ilvl="0" w:tplc="38FEF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664BEF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89536C"/>
    <w:multiLevelType w:val="hybridMultilevel"/>
    <w:tmpl w:val="B31A8FAE"/>
    <w:lvl w:ilvl="0" w:tplc="84DECDE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6C58B5"/>
    <w:multiLevelType w:val="hybridMultilevel"/>
    <w:tmpl w:val="11DEEAC2"/>
    <w:lvl w:ilvl="0" w:tplc="8946D3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345583"/>
    <w:multiLevelType w:val="hybridMultilevel"/>
    <w:tmpl w:val="3028F7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17EEE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9F0BE9"/>
    <w:multiLevelType w:val="hybridMultilevel"/>
    <w:tmpl w:val="B4906A86"/>
    <w:lvl w:ilvl="0" w:tplc="73761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AE73C3"/>
    <w:multiLevelType w:val="hybridMultilevel"/>
    <w:tmpl w:val="7B387328"/>
    <w:lvl w:ilvl="0" w:tplc="A446B5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AA4202"/>
    <w:multiLevelType w:val="hybridMultilevel"/>
    <w:tmpl w:val="3028F77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F07083"/>
    <w:multiLevelType w:val="hybridMultilevel"/>
    <w:tmpl w:val="80C8FDB0"/>
    <w:lvl w:ilvl="0" w:tplc="845AF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2D3E63"/>
    <w:multiLevelType w:val="hybridMultilevel"/>
    <w:tmpl w:val="27BCB3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77D1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423C23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6B3262"/>
    <w:multiLevelType w:val="hybridMultilevel"/>
    <w:tmpl w:val="37D665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176CE"/>
    <w:multiLevelType w:val="hybridMultilevel"/>
    <w:tmpl w:val="B4906A86"/>
    <w:lvl w:ilvl="0" w:tplc="73761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CE131E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017C7A"/>
    <w:multiLevelType w:val="hybridMultilevel"/>
    <w:tmpl w:val="27BCB3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DC0019"/>
    <w:multiLevelType w:val="hybridMultilevel"/>
    <w:tmpl w:val="E6D886CA"/>
    <w:lvl w:ilvl="0" w:tplc="4009000F">
      <w:start w:val="1"/>
      <w:numFmt w:val="decimal"/>
      <w:lvlText w:val="%1."/>
      <w:lvlJc w:val="left"/>
      <w:pPr>
        <w:ind w:left="90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BC0D09"/>
    <w:multiLevelType w:val="hybridMultilevel"/>
    <w:tmpl w:val="80C8FDB0"/>
    <w:lvl w:ilvl="0" w:tplc="845AF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59143E"/>
    <w:multiLevelType w:val="hybridMultilevel"/>
    <w:tmpl w:val="80C8FDB0"/>
    <w:lvl w:ilvl="0" w:tplc="845AF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8069BC"/>
    <w:multiLevelType w:val="hybridMultilevel"/>
    <w:tmpl w:val="4202B8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A51338"/>
    <w:multiLevelType w:val="hybridMultilevel"/>
    <w:tmpl w:val="C5E803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3A63A2"/>
    <w:multiLevelType w:val="hybridMultilevel"/>
    <w:tmpl w:val="CAA01A0C"/>
    <w:lvl w:ilvl="0" w:tplc="422CE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BE131B"/>
    <w:multiLevelType w:val="hybridMultilevel"/>
    <w:tmpl w:val="B4906A86"/>
    <w:lvl w:ilvl="0" w:tplc="737617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37BAC"/>
    <w:multiLevelType w:val="hybridMultilevel"/>
    <w:tmpl w:val="F7D092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1"/>
  </w:num>
  <w:num w:numId="4">
    <w:abstractNumId w:val="26"/>
  </w:num>
  <w:num w:numId="5">
    <w:abstractNumId w:val="37"/>
  </w:num>
  <w:num w:numId="6">
    <w:abstractNumId w:val="23"/>
  </w:num>
  <w:num w:numId="7">
    <w:abstractNumId w:val="10"/>
  </w:num>
  <w:num w:numId="8">
    <w:abstractNumId w:val="29"/>
  </w:num>
  <w:num w:numId="9">
    <w:abstractNumId w:val="34"/>
  </w:num>
  <w:num w:numId="10">
    <w:abstractNumId w:val="20"/>
  </w:num>
  <w:num w:numId="11">
    <w:abstractNumId w:val="12"/>
  </w:num>
  <w:num w:numId="12">
    <w:abstractNumId w:val="13"/>
  </w:num>
  <w:num w:numId="13">
    <w:abstractNumId w:val="19"/>
  </w:num>
  <w:num w:numId="14">
    <w:abstractNumId w:val="22"/>
  </w:num>
  <w:num w:numId="15">
    <w:abstractNumId w:val="35"/>
  </w:num>
  <w:num w:numId="16">
    <w:abstractNumId w:val="14"/>
  </w:num>
  <w:num w:numId="17">
    <w:abstractNumId w:val="24"/>
  </w:num>
  <w:num w:numId="18">
    <w:abstractNumId w:val="18"/>
  </w:num>
  <w:num w:numId="19">
    <w:abstractNumId w:val="28"/>
  </w:num>
  <w:num w:numId="20">
    <w:abstractNumId w:val="17"/>
  </w:num>
  <w:num w:numId="21">
    <w:abstractNumId w:val="31"/>
  </w:num>
  <w:num w:numId="22">
    <w:abstractNumId w:val="9"/>
  </w:num>
  <w:num w:numId="23">
    <w:abstractNumId w:val="27"/>
  </w:num>
  <w:num w:numId="24">
    <w:abstractNumId w:val="32"/>
  </w:num>
  <w:num w:numId="25">
    <w:abstractNumId w:val="15"/>
  </w:num>
  <w:num w:numId="26">
    <w:abstractNumId w:val="16"/>
  </w:num>
  <w:num w:numId="27">
    <w:abstractNumId w:val="36"/>
  </w:num>
  <w:num w:numId="28">
    <w:abstractNumId w:val="8"/>
  </w:num>
  <w:num w:numId="29">
    <w:abstractNumId w:val="6"/>
  </w:num>
  <w:num w:numId="30">
    <w:abstractNumId w:val="5"/>
  </w:num>
  <w:num w:numId="31">
    <w:abstractNumId w:val="4"/>
  </w:num>
  <w:num w:numId="32">
    <w:abstractNumId w:val="7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1"/>
  </w:num>
  <w:num w:numId="38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606B81"/>
    <w:rsid w:val="00606B81"/>
    <w:rsid w:val="00AA0566"/>
    <w:rsid w:val="00E92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B81"/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B8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B8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B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B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B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B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B81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IN"/>
    </w:rPr>
  </w:style>
  <w:style w:type="character" w:customStyle="1" w:styleId="Heading2Char">
    <w:name w:val="Heading 2 Char"/>
    <w:basedOn w:val="DefaultParagraphFont"/>
    <w:link w:val="Heading2"/>
    <w:uiPriority w:val="9"/>
    <w:rsid w:val="00606B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IN"/>
    </w:rPr>
  </w:style>
  <w:style w:type="character" w:customStyle="1" w:styleId="Heading3Char">
    <w:name w:val="Heading 3 Char"/>
    <w:basedOn w:val="DefaultParagraphFont"/>
    <w:link w:val="Heading3"/>
    <w:uiPriority w:val="9"/>
    <w:rsid w:val="00606B81"/>
    <w:rPr>
      <w:rFonts w:eastAsiaTheme="majorEastAsia" w:cstheme="majorBidi"/>
      <w:color w:val="365F91" w:themeColor="accent1" w:themeShade="BF"/>
      <w:sz w:val="28"/>
      <w:szCs w:val="28"/>
      <w:lang w:val="e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B81"/>
    <w:rPr>
      <w:rFonts w:eastAsiaTheme="majorEastAsia" w:cstheme="majorBidi"/>
      <w:i/>
      <w:iCs/>
      <w:color w:val="365F91" w:themeColor="accent1" w:themeShade="BF"/>
      <w:lang w:val="e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B81"/>
    <w:rPr>
      <w:rFonts w:eastAsiaTheme="majorEastAsia" w:cstheme="majorBidi"/>
      <w:color w:val="365F91" w:themeColor="accent1" w:themeShade="BF"/>
      <w:lang w:val="e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B81"/>
    <w:rPr>
      <w:rFonts w:eastAsiaTheme="majorEastAsia" w:cstheme="majorBidi"/>
      <w:i/>
      <w:iCs/>
      <w:color w:val="595959" w:themeColor="text1" w:themeTint="A6"/>
      <w:lang w:val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B81"/>
    <w:rPr>
      <w:rFonts w:eastAsiaTheme="majorEastAsia" w:cstheme="majorBidi"/>
      <w:color w:val="595959" w:themeColor="text1" w:themeTint="A6"/>
      <w:lang w:val="en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B81"/>
    <w:rPr>
      <w:rFonts w:eastAsiaTheme="majorEastAsia" w:cstheme="majorBidi"/>
      <w:i/>
      <w:iCs/>
      <w:color w:val="272727" w:themeColor="text1" w:themeTint="D8"/>
      <w:lang w:val="en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B81"/>
    <w:rPr>
      <w:rFonts w:eastAsiaTheme="majorEastAsia" w:cstheme="majorBidi"/>
      <w:color w:val="272727" w:themeColor="text1" w:themeTint="D8"/>
      <w:lang w:val="en-IN"/>
    </w:rPr>
  </w:style>
  <w:style w:type="paragraph" w:styleId="Title">
    <w:name w:val="Title"/>
    <w:basedOn w:val="Normal"/>
    <w:next w:val="Normal"/>
    <w:link w:val="TitleChar"/>
    <w:uiPriority w:val="10"/>
    <w:qFormat/>
    <w:rsid w:val="00606B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6B81"/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B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6B81"/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paragraph" w:styleId="Quote">
    <w:name w:val="Quote"/>
    <w:basedOn w:val="Normal"/>
    <w:next w:val="Normal"/>
    <w:link w:val="QuoteChar"/>
    <w:uiPriority w:val="29"/>
    <w:qFormat/>
    <w:rsid w:val="00606B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6B81"/>
    <w:rPr>
      <w:i/>
      <w:iCs/>
      <w:color w:val="404040" w:themeColor="text1" w:themeTint="BF"/>
      <w:lang w:val="en-IN"/>
    </w:rPr>
  </w:style>
  <w:style w:type="paragraph" w:styleId="ListParagraph">
    <w:name w:val="List Paragraph"/>
    <w:basedOn w:val="Normal"/>
    <w:uiPriority w:val="34"/>
    <w:qFormat/>
    <w:rsid w:val="00606B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6B8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B8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B81"/>
    <w:rPr>
      <w:i/>
      <w:iCs/>
      <w:color w:val="365F91" w:themeColor="accent1" w:themeShade="BF"/>
      <w:lang w:val="en-IN"/>
    </w:rPr>
  </w:style>
  <w:style w:type="character" w:styleId="IntenseReference">
    <w:name w:val="Intense Reference"/>
    <w:basedOn w:val="DefaultParagraphFont"/>
    <w:uiPriority w:val="32"/>
    <w:qFormat/>
    <w:rsid w:val="00606B81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606B81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606B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6B81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06B8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06B81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06B81"/>
    <w:rPr>
      <w:rFonts w:eastAsiaTheme="minorEastAsia"/>
    </w:rPr>
  </w:style>
  <w:style w:type="paragraph" w:styleId="NoSpacing">
    <w:name w:val="No Spacing"/>
    <w:uiPriority w:val="1"/>
    <w:qFormat/>
    <w:rsid w:val="00606B81"/>
    <w:pPr>
      <w:spacing w:after="0" w:line="240" w:lineRule="auto"/>
    </w:pPr>
    <w:rPr>
      <w:rFonts w:eastAsiaTheme="minorEastAsia"/>
    </w:rPr>
  </w:style>
  <w:style w:type="paragraph" w:styleId="BodyText">
    <w:name w:val="Body Text"/>
    <w:basedOn w:val="Normal"/>
    <w:link w:val="BodyTextChar"/>
    <w:uiPriority w:val="99"/>
    <w:unhideWhenUsed/>
    <w:rsid w:val="00606B81"/>
    <w:pPr>
      <w:spacing w:after="120"/>
    </w:pPr>
    <w:rPr>
      <w:rFonts w:eastAsiaTheme="minorEastAsia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606B81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606B81"/>
    <w:pPr>
      <w:spacing w:after="120" w:line="480" w:lineRule="auto"/>
    </w:pPr>
    <w:rPr>
      <w:rFonts w:eastAsiaTheme="minorEastAsia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606B81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606B81"/>
    <w:pPr>
      <w:spacing w:after="120"/>
    </w:pPr>
    <w:rPr>
      <w:rFonts w:eastAsiaTheme="minorEastAsia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606B81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606B81"/>
    <w:pPr>
      <w:ind w:left="360" w:hanging="360"/>
      <w:contextualSpacing/>
    </w:pPr>
    <w:rPr>
      <w:rFonts w:eastAsiaTheme="minorEastAsia"/>
      <w:lang w:val="en-US"/>
    </w:rPr>
  </w:style>
  <w:style w:type="paragraph" w:styleId="List2">
    <w:name w:val="List 2"/>
    <w:basedOn w:val="Normal"/>
    <w:uiPriority w:val="99"/>
    <w:unhideWhenUsed/>
    <w:rsid w:val="00606B81"/>
    <w:pPr>
      <w:ind w:left="720" w:hanging="360"/>
      <w:contextualSpacing/>
    </w:pPr>
    <w:rPr>
      <w:rFonts w:eastAsiaTheme="minorEastAsia"/>
      <w:lang w:val="en-US"/>
    </w:rPr>
  </w:style>
  <w:style w:type="paragraph" w:styleId="List3">
    <w:name w:val="List 3"/>
    <w:basedOn w:val="Normal"/>
    <w:uiPriority w:val="99"/>
    <w:unhideWhenUsed/>
    <w:rsid w:val="00606B81"/>
    <w:pPr>
      <w:ind w:left="1080" w:hanging="360"/>
      <w:contextualSpacing/>
    </w:pPr>
    <w:rPr>
      <w:rFonts w:eastAsiaTheme="minorEastAsia"/>
      <w:lang w:val="en-US"/>
    </w:rPr>
  </w:style>
  <w:style w:type="paragraph" w:styleId="ListBullet">
    <w:name w:val="List Bullet"/>
    <w:basedOn w:val="Normal"/>
    <w:uiPriority w:val="99"/>
    <w:unhideWhenUsed/>
    <w:rsid w:val="00606B81"/>
    <w:pPr>
      <w:numPr>
        <w:numId w:val="28"/>
      </w:numPr>
      <w:contextualSpacing/>
    </w:pPr>
    <w:rPr>
      <w:rFonts w:eastAsiaTheme="minorEastAsia"/>
      <w:lang w:val="en-US"/>
    </w:rPr>
  </w:style>
  <w:style w:type="paragraph" w:styleId="ListBullet2">
    <w:name w:val="List Bullet 2"/>
    <w:basedOn w:val="Normal"/>
    <w:uiPriority w:val="99"/>
    <w:unhideWhenUsed/>
    <w:rsid w:val="00606B81"/>
    <w:pPr>
      <w:numPr>
        <w:numId w:val="29"/>
      </w:numPr>
      <w:contextualSpacing/>
    </w:pPr>
    <w:rPr>
      <w:rFonts w:eastAsiaTheme="minorEastAsia"/>
      <w:lang w:val="en-US"/>
    </w:rPr>
  </w:style>
  <w:style w:type="paragraph" w:styleId="ListBullet3">
    <w:name w:val="List Bullet 3"/>
    <w:basedOn w:val="Normal"/>
    <w:uiPriority w:val="99"/>
    <w:unhideWhenUsed/>
    <w:rsid w:val="00606B81"/>
    <w:pPr>
      <w:numPr>
        <w:numId w:val="30"/>
      </w:numPr>
      <w:contextualSpacing/>
    </w:pPr>
    <w:rPr>
      <w:rFonts w:eastAsiaTheme="minorEastAsia"/>
      <w:lang w:val="en-US"/>
    </w:rPr>
  </w:style>
  <w:style w:type="paragraph" w:styleId="ListNumber">
    <w:name w:val="List Number"/>
    <w:basedOn w:val="Normal"/>
    <w:uiPriority w:val="99"/>
    <w:unhideWhenUsed/>
    <w:rsid w:val="00606B81"/>
    <w:pPr>
      <w:numPr>
        <w:numId w:val="32"/>
      </w:numPr>
      <w:contextualSpacing/>
    </w:pPr>
    <w:rPr>
      <w:rFonts w:eastAsiaTheme="minorEastAsia"/>
      <w:lang w:val="en-US"/>
    </w:rPr>
  </w:style>
  <w:style w:type="paragraph" w:styleId="ListNumber2">
    <w:name w:val="List Number 2"/>
    <w:basedOn w:val="Normal"/>
    <w:uiPriority w:val="99"/>
    <w:unhideWhenUsed/>
    <w:rsid w:val="00606B81"/>
    <w:pPr>
      <w:numPr>
        <w:numId w:val="33"/>
      </w:numPr>
      <w:contextualSpacing/>
    </w:pPr>
    <w:rPr>
      <w:rFonts w:eastAsiaTheme="minorEastAsia"/>
      <w:lang w:val="en-US"/>
    </w:rPr>
  </w:style>
  <w:style w:type="paragraph" w:styleId="ListNumber3">
    <w:name w:val="List Number 3"/>
    <w:basedOn w:val="Normal"/>
    <w:uiPriority w:val="99"/>
    <w:unhideWhenUsed/>
    <w:rsid w:val="00606B81"/>
    <w:pPr>
      <w:numPr>
        <w:numId w:val="34"/>
      </w:numPr>
      <w:contextualSpacing/>
    </w:pPr>
    <w:rPr>
      <w:rFonts w:eastAsiaTheme="minorEastAsia"/>
      <w:lang w:val="en-US"/>
    </w:rPr>
  </w:style>
  <w:style w:type="paragraph" w:styleId="ListContinue">
    <w:name w:val="List Continue"/>
    <w:basedOn w:val="Normal"/>
    <w:uiPriority w:val="99"/>
    <w:unhideWhenUsed/>
    <w:rsid w:val="00606B81"/>
    <w:pPr>
      <w:spacing w:after="120"/>
      <w:ind w:left="360"/>
      <w:contextualSpacing/>
    </w:pPr>
    <w:rPr>
      <w:rFonts w:eastAsiaTheme="minorEastAsia"/>
      <w:lang w:val="en-US"/>
    </w:rPr>
  </w:style>
  <w:style w:type="paragraph" w:styleId="ListContinue2">
    <w:name w:val="List Continue 2"/>
    <w:basedOn w:val="Normal"/>
    <w:uiPriority w:val="99"/>
    <w:unhideWhenUsed/>
    <w:rsid w:val="00606B81"/>
    <w:pPr>
      <w:spacing w:after="120"/>
      <w:ind w:left="720"/>
      <w:contextualSpacing/>
    </w:pPr>
    <w:rPr>
      <w:rFonts w:eastAsiaTheme="minorEastAsia"/>
      <w:lang w:val="en-US"/>
    </w:rPr>
  </w:style>
  <w:style w:type="paragraph" w:styleId="ListContinue3">
    <w:name w:val="List Continue 3"/>
    <w:basedOn w:val="Normal"/>
    <w:uiPriority w:val="99"/>
    <w:unhideWhenUsed/>
    <w:rsid w:val="00606B81"/>
    <w:pPr>
      <w:spacing w:after="120"/>
      <w:ind w:left="1080"/>
      <w:contextualSpacing/>
    </w:pPr>
    <w:rPr>
      <w:rFonts w:eastAsiaTheme="minorEastAsia"/>
      <w:lang w:val="en-US"/>
    </w:rPr>
  </w:style>
  <w:style w:type="paragraph" w:styleId="MacroText">
    <w:name w:val="macro"/>
    <w:link w:val="MacroTextChar"/>
    <w:uiPriority w:val="99"/>
    <w:unhideWhenUsed/>
    <w:rsid w:val="00606B8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606B81"/>
    <w:rPr>
      <w:rFonts w:ascii="Courier" w:eastAsiaTheme="minorEastAsia" w:hAnsi="Courier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6B81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606B81"/>
    <w:rPr>
      <w:b/>
      <w:bCs/>
    </w:rPr>
  </w:style>
  <w:style w:type="character" w:styleId="Emphasis">
    <w:name w:val="Emphasis"/>
    <w:basedOn w:val="DefaultParagraphFont"/>
    <w:uiPriority w:val="20"/>
    <w:qFormat/>
    <w:rsid w:val="00606B81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06B8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606B81"/>
    <w:rPr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606B8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6B81"/>
    <w:pPr>
      <w:spacing w:before="480" w:after="0"/>
      <w:outlineLvl w:val="9"/>
    </w:pPr>
    <w:rPr>
      <w:b/>
      <w:bCs/>
      <w:sz w:val="28"/>
      <w:szCs w:val="28"/>
      <w:lang w:val="en-US"/>
    </w:rPr>
  </w:style>
  <w:style w:type="table" w:styleId="LightShading">
    <w:name w:val="Light Shading"/>
    <w:basedOn w:val="TableNormal"/>
    <w:uiPriority w:val="60"/>
    <w:rsid w:val="00606B81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606B81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06B81"/>
    <w:pPr>
      <w:spacing w:after="0" w:line="240" w:lineRule="auto"/>
    </w:pPr>
    <w:rPr>
      <w:rFonts w:eastAsiaTheme="minorEastAsia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606B81"/>
    <w:pPr>
      <w:spacing w:after="0" w:line="240" w:lineRule="auto"/>
    </w:pPr>
    <w:rPr>
      <w:rFonts w:eastAsiaTheme="minorEastAsia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606B81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06B81"/>
    <w:pPr>
      <w:spacing w:after="0" w:line="240" w:lineRule="auto"/>
    </w:pPr>
    <w:rPr>
      <w:rFonts w:eastAsiaTheme="minorEastAsia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06B81"/>
    <w:pPr>
      <w:spacing w:after="0" w:line="240" w:lineRule="auto"/>
    </w:pPr>
    <w:rPr>
      <w:rFonts w:eastAsiaTheme="minorEastAsia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606B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606B8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606B81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606B81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06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B81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1132</Words>
  <Characters>6453</Characters>
  <Application>Microsoft Office Word</Application>
  <DocSecurity>0</DocSecurity>
  <Lines>53</Lines>
  <Paragraphs>15</Paragraphs>
  <ScaleCrop>false</ScaleCrop>
  <Company/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2026-08-25T06:08:00Z</dcterms:created>
  <dcterms:modified xsi:type="dcterms:W3CDTF">2026-08-25T06:13:00Z</dcterms:modified>
</cp:coreProperties>
</file>